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2D0E9B6" w14:textId="77777777" w:rsidR="008E72C3" w:rsidRPr="00FF32C5" w:rsidRDefault="00000000" w:rsidP="00FF32C5">
      <w:pPr>
        <w:jc w:val="center"/>
        <w:rPr>
          <w:rFonts w:ascii="Clinica Pro" w:hAnsi="Clinica Pro"/>
          <w:lang w:val="ru-RU"/>
        </w:rPr>
      </w:pPr>
      <w:r w:rsidRPr="00FF32C5">
        <w:rPr>
          <w:rFonts w:ascii="Clinica Pro" w:hAnsi="Clinica Pro"/>
          <w:b/>
          <w:sz w:val="32"/>
          <w:lang w:val="ru-RU"/>
        </w:rPr>
        <w:t>ПУБЛИЧНАЯ ОФЕРТА</w:t>
      </w:r>
    </w:p>
    <w:p w14:paraId="23A29155" w14:textId="77777777" w:rsidR="008E72C3" w:rsidRPr="00FF32C5" w:rsidRDefault="00000000" w:rsidP="00FF32C5">
      <w:pPr>
        <w:jc w:val="center"/>
        <w:rPr>
          <w:rFonts w:ascii="Clinica Pro" w:hAnsi="Clinica Pro"/>
          <w:lang w:val="ru-RU"/>
        </w:rPr>
      </w:pPr>
      <w:r w:rsidRPr="00FF32C5">
        <w:rPr>
          <w:rFonts w:ascii="Clinica Pro" w:hAnsi="Clinica Pro"/>
          <w:b/>
          <w:sz w:val="28"/>
          <w:lang w:val="ru-RU"/>
        </w:rPr>
        <w:t xml:space="preserve">о присоединении к реферальной программе </w:t>
      </w:r>
      <w:r w:rsidRPr="00FF32C5">
        <w:rPr>
          <w:rFonts w:ascii="Clinica Pro" w:hAnsi="Clinica Pro"/>
          <w:b/>
          <w:sz w:val="28"/>
        </w:rPr>
        <w:t>GLAME</w:t>
      </w:r>
    </w:p>
    <w:p w14:paraId="6C522A92" w14:textId="6F965FA6" w:rsidR="008E72C3" w:rsidRPr="00FF32C5" w:rsidRDefault="00000000" w:rsidP="00FF32C5">
      <w:pPr>
        <w:jc w:val="both"/>
        <w:rPr>
          <w:rFonts w:ascii="Clinica Pro" w:hAnsi="Clinica Pro"/>
          <w:lang w:val="ru-RU"/>
        </w:rPr>
      </w:pPr>
      <w:r w:rsidRPr="00FF32C5">
        <w:rPr>
          <w:rFonts w:ascii="Clinica Pro" w:hAnsi="Clinica Pro"/>
          <w:lang w:val="ru-RU"/>
        </w:rPr>
        <w:t>г. Симферополь</w:t>
      </w:r>
      <w:r w:rsidR="00FF32C5">
        <w:rPr>
          <w:rFonts w:ascii="Clinica Pro" w:hAnsi="Clinica Pro"/>
          <w:lang w:val="ru-RU"/>
        </w:rPr>
        <w:tab/>
      </w:r>
      <w:r w:rsidR="00FF32C5">
        <w:rPr>
          <w:rFonts w:ascii="Clinica Pro" w:hAnsi="Clinica Pro"/>
          <w:lang w:val="ru-RU"/>
        </w:rPr>
        <w:tab/>
      </w:r>
      <w:r w:rsidR="00FF32C5">
        <w:rPr>
          <w:rFonts w:ascii="Clinica Pro" w:hAnsi="Clinica Pro"/>
          <w:lang w:val="ru-RU"/>
        </w:rPr>
        <w:tab/>
      </w:r>
      <w:r w:rsidR="00FF32C5">
        <w:rPr>
          <w:rFonts w:ascii="Clinica Pro" w:hAnsi="Clinica Pro"/>
          <w:lang w:val="ru-RU"/>
        </w:rPr>
        <w:tab/>
      </w:r>
      <w:r w:rsidR="00FF32C5">
        <w:rPr>
          <w:rFonts w:ascii="Clinica Pro" w:hAnsi="Clinica Pro"/>
          <w:lang w:val="ru-RU"/>
        </w:rPr>
        <w:tab/>
      </w:r>
      <w:r w:rsidR="00FF32C5">
        <w:rPr>
          <w:rFonts w:ascii="Clinica Pro" w:hAnsi="Clinica Pro"/>
          <w:lang w:val="ru-RU"/>
        </w:rPr>
        <w:tab/>
        <w:t xml:space="preserve">        </w:t>
      </w:r>
      <w:r w:rsidRPr="00FF32C5">
        <w:rPr>
          <w:rFonts w:ascii="Clinica Pro" w:hAnsi="Clinica Pro"/>
          <w:lang w:val="ru-RU"/>
        </w:rPr>
        <w:t>Дата публикации: «</w:t>
      </w:r>
      <w:r w:rsidR="00FF32C5">
        <w:rPr>
          <w:rFonts w:ascii="Clinica Pro" w:hAnsi="Clinica Pro"/>
          <w:lang w:val="ru-RU"/>
        </w:rPr>
        <w:t>30</w:t>
      </w:r>
      <w:r w:rsidRPr="00FF32C5">
        <w:rPr>
          <w:rFonts w:ascii="Clinica Pro" w:hAnsi="Clinica Pro"/>
          <w:lang w:val="ru-RU"/>
        </w:rPr>
        <w:t xml:space="preserve">» </w:t>
      </w:r>
      <w:r w:rsidR="00FF32C5">
        <w:rPr>
          <w:rFonts w:ascii="Clinica Pro" w:hAnsi="Clinica Pro"/>
          <w:lang w:val="ru-RU"/>
        </w:rPr>
        <w:t>июня</w:t>
      </w:r>
      <w:r w:rsidRPr="00FF32C5">
        <w:rPr>
          <w:rFonts w:ascii="Clinica Pro" w:hAnsi="Clinica Pro"/>
          <w:lang w:val="ru-RU"/>
        </w:rPr>
        <w:t xml:space="preserve"> 2026 г.</w:t>
      </w:r>
    </w:p>
    <w:p w14:paraId="273818FA" w14:textId="77777777" w:rsidR="008E72C3" w:rsidRPr="00FF32C5" w:rsidRDefault="00000000" w:rsidP="00FF32C5">
      <w:pPr>
        <w:jc w:val="both"/>
        <w:rPr>
          <w:rFonts w:ascii="Clinica Pro" w:hAnsi="Clinica Pro"/>
          <w:lang w:val="ru-RU"/>
        </w:rPr>
      </w:pPr>
      <w:r w:rsidRPr="00FF32C5">
        <w:rPr>
          <w:rFonts w:ascii="Clinica Pro" w:hAnsi="Clinica Pro"/>
          <w:lang w:val="ru-RU"/>
        </w:rPr>
        <w:t xml:space="preserve">Индивидуальный предприниматель Орешников Анатолий Анатольевич, ИНН 212905596995, ОГРНИП 318213000054593, далее — Организатор, публикует настоящую публичную оферту о присоединении к реферальной программе </w:t>
      </w:r>
      <w:r w:rsidRPr="00FF32C5">
        <w:rPr>
          <w:rFonts w:ascii="Clinica Pro" w:hAnsi="Clinica Pro"/>
        </w:rPr>
        <w:t>GLAME</w:t>
      </w:r>
      <w:r w:rsidRPr="00FF32C5">
        <w:rPr>
          <w:rFonts w:ascii="Clinica Pro" w:hAnsi="Clinica Pro"/>
          <w:lang w:val="ru-RU"/>
        </w:rPr>
        <w:t>.</w:t>
      </w:r>
    </w:p>
    <w:p w14:paraId="2E2304EA" w14:textId="77777777" w:rsidR="008E72C3" w:rsidRPr="00FF32C5" w:rsidRDefault="00000000" w:rsidP="00FF32C5">
      <w:pPr>
        <w:jc w:val="both"/>
        <w:rPr>
          <w:rFonts w:ascii="Clinica Pro" w:hAnsi="Clinica Pro"/>
          <w:lang w:val="ru-RU"/>
        </w:rPr>
      </w:pPr>
      <w:r w:rsidRPr="00FF32C5">
        <w:rPr>
          <w:rFonts w:ascii="Clinica Pro" w:hAnsi="Clinica Pro"/>
          <w:lang w:val="ru-RU"/>
        </w:rPr>
        <w:t xml:space="preserve">Настоящая оферта адресована дееспособным физическим лицам, достигшим 18 лет, самозанятым гражданам, индивидуальным предпринимателям и юридическим лицам, заинтересованным в рекомендации магазинов </w:t>
      </w:r>
      <w:r w:rsidRPr="00FF32C5">
        <w:rPr>
          <w:rFonts w:ascii="Clinica Pro" w:hAnsi="Clinica Pro"/>
        </w:rPr>
        <w:t>GLAME</w:t>
      </w:r>
      <w:r w:rsidRPr="00FF32C5">
        <w:rPr>
          <w:rFonts w:ascii="Clinica Pro" w:hAnsi="Clinica Pro"/>
          <w:lang w:val="ru-RU"/>
        </w:rPr>
        <w:t xml:space="preserve"> своим клиентам, знакомым, подписчикам, гостям или иному кругу лиц.</w:t>
      </w:r>
    </w:p>
    <w:p w14:paraId="10805389" w14:textId="77777777" w:rsidR="008E72C3" w:rsidRPr="00FF32C5" w:rsidRDefault="00000000" w:rsidP="00FF32C5">
      <w:pPr>
        <w:jc w:val="both"/>
        <w:rPr>
          <w:rFonts w:ascii="Clinica Pro" w:hAnsi="Clinica Pro"/>
          <w:lang w:val="ru-RU"/>
        </w:rPr>
      </w:pPr>
      <w:r w:rsidRPr="00FF32C5">
        <w:rPr>
          <w:rFonts w:ascii="Clinica Pro" w:hAnsi="Clinica Pro"/>
          <w:lang w:val="ru-RU"/>
        </w:rPr>
        <w:t xml:space="preserve">Настоящая оферта не является трудовым договором, агентским договором, договором комиссии или договором поручения. Присоединение к настоящей оферте не создает между Организатором и Участником трудовых, агентских, представительских, комиссионных или иных отношений, предполагающих полномочия действовать от имени </w:t>
      </w:r>
      <w:r w:rsidRPr="00FF32C5">
        <w:rPr>
          <w:rFonts w:ascii="Clinica Pro" w:hAnsi="Clinica Pro"/>
        </w:rPr>
        <w:t>GLAME</w:t>
      </w:r>
      <w:r w:rsidRPr="00FF32C5">
        <w:rPr>
          <w:rFonts w:ascii="Clinica Pro" w:hAnsi="Clinica Pro"/>
          <w:lang w:val="ru-RU"/>
        </w:rPr>
        <w:t>.</w:t>
      </w:r>
    </w:p>
    <w:p w14:paraId="26117009" w14:textId="77777777" w:rsidR="008E72C3" w:rsidRPr="00FF32C5" w:rsidRDefault="00000000" w:rsidP="00FF32C5">
      <w:pPr>
        <w:jc w:val="both"/>
        <w:rPr>
          <w:rFonts w:ascii="Clinica Pro" w:hAnsi="Clinica Pro"/>
          <w:lang w:val="ru-RU"/>
        </w:rPr>
      </w:pPr>
      <w:r w:rsidRPr="00FF32C5">
        <w:rPr>
          <w:rFonts w:ascii="Clinica Pro" w:hAnsi="Clinica Pro"/>
          <w:lang w:val="ru-RU"/>
        </w:rPr>
        <w:t>Участник самостоятельно оценивает допустимость участия в реферальной программе с учетом своего статуса, трудовых обязанностей, договорных ограничений, внутренних правил работодателя, заказчика или иной организации, с которой Участник связан трудовыми, гражданско-правовыми, служебными или иными отношениями.</w:t>
      </w:r>
    </w:p>
    <w:p w14:paraId="0603C4C4" w14:textId="77777777" w:rsidR="008E72C3" w:rsidRPr="00FF32C5" w:rsidRDefault="00000000" w:rsidP="00FF32C5">
      <w:pPr>
        <w:jc w:val="both"/>
        <w:rPr>
          <w:rFonts w:ascii="Clinica Pro" w:hAnsi="Clinica Pro"/>
          <w:lang w:val="ru-RU"/>
        </w:rPr>
      </w:pPr>
      <w:r w:rsidRPr="00FF32C5">
        <w:rPr>
          <w:rFonts w:ascii="Clinica Pro" w:hAnsi="Clinica Pro"/>
          <w:lang w:val="ru-RU"/>
        </w:rPr>
        <w:t>Присоединяясь к настоящей оферте, Участник подтверждает, что он не включён в реестр иностранных агентов, не действует от имени или в интересах иностранного агента, не использует информационный ресурс иностранного агента для участия в реферальной программе и незамедлительно уведомит Организатора при возникновении таких обстоятельств.</w:t>
      </w:r>
    </w:p>
    <w:p w14:paraId="59A04F38" w14:textId="77777777" w:rsidR="008E72C3" w:rsidRPr="00FF32C5" w:rsidRDefault="00000000" w:rsidP="00FF32C5">
      <w:pPr>
        <w:pStyle w:val="1"/>
        <w:jc w:val="both"/>
        <w:rPr>
          <w:rFonts w:ascii="Clinica Pro" w:hAnsi="Clinica Pro"/>
          <w:lang w:val="ru-RU"/>
        </w:rPr>
      </w:pPr>
      <w:r w:rsidRPr="00FF32C5">
        <w:rPr>
          <w:rFonts w:ascii="Clinica Pro" w:eastAsia="Times New Roman" w:hAnsi="Clinica Pro"/>
          <w:sz w:val="24"/>
          <w:lang w:val="ru-RU"/>
        </w:rPr>
        <w:t>1. Термины</w:t>
      </w:r>
    </w:p>
    <w:p w14:paraId="760C0423" w14:textId="77777777" w:rsidR="008E72C3" w:rsidRPr="00FF32C5" w:rsidRDefault="00000000" w:rsidP="00FF32C5">
      <w:pPr>
        <w:jc w:val="both"/>
        <w:rPr>
          <w:rFonts w:ascii="Clinica Pro" w:hAnsi="Clinica Pro"/>
          <w:lang w:val="ru-RU"/>
        </w:rPr>
      </w:pPr>
      <w:r w:rsidRPr="00FF32C5">
        <w:rPr>
          <w:rFonts w:ascii="Clinica Pro" w:hAnsi="Clinica Pro"/>
        </w:rPr>
        <w:t>GLAME</w:t>
      </w:r>
      <w:r w:rsidRPr="00FF32C5">
        <w:rPr>
          <w:rFonts w:ascii="Clinica Pro" w:hAnsi="Clinica Pro"/>
          <w:lang w:val="ru-RU"/>
        </w:rPr>
        <w:t xml:space="preserve"> — бренд и магазины Организатора, осуществляющие продажу украшений, бижутерии и сопутствующих товаров.</w:t>
      </w:r>
    </w:p>
    <w:p w14:paraId="4607A907" w14:textId="77777777" w:rsidR="008E72C3" w:rsidRPr="00FF32C5" w:rsidRDefault="00000000" w:rsidP="00FF32C5">
      <w:pPr>
        <w:jc w:val="both"/>
        <w:rPr>
          <w:rFonts w:ascii="Clinica Pro" w:hAnsi="Clinica Pro"/>
          <w:lang w:val="ru-RU"/>
        </w:rPr>
      </w:pPr>
      <w:r w:rsidRPr="00FF32C5">
        <w:rPr>
          <w:rFonts w:ascii="Clinica Pro" w:hAnsi="Clinica Pro"/>
          <w:lang w:val="ru-RU"/>
        </w:rPr>
        <w:t xml:space="preserve">Реферальная программа — маркетинговая программа Организатора, в рамках которой Участник вправе рекомендовать магазины </w:t>
      </w:r>
      <w:r w:rsidRPr="00FF32C5">
        <w:rPr>
          <w:rFonts w:ascii="Clinica Pro" w:hAnsi="Clinica Pro"/>
        </w:rPr>
        <w:t>GLAME</w:t>
      </w:r>
      <w:r w:rsidRPr="00FF32C5">
        <w:rPr>
          <w:rFonts w:ascii="Clinica Pro" w:hAnsi="Clinica Pro"/>
          <w:lang w:val="ru-RU"/>
        </w:rPr>
        <w:t xml:space="preserve"> третьим лицам с использованием персонального реферального кода.</w:t>
      </w:r>
    </w:p>
    <w:p w14:paraId="2EEC4431" w14:textId="77777777" w:rsidR="008E72C3" w:rsidRPr="00FF32C5" w:rsidRDefault="00000000" w:rsidP="00FF32C5">
      <w:pPr>
        <w:jc w:val="both"/>
        <w:rPr>
          <w:rFonts w:ascii="Clinica Pro" w:hAnsi="Clinica Pro"/>
          <w:lang w:val="ru-RU"/>
        </w:rPr>
      </w:pPr>
      <w:r w:rsidRPr="00FF32C5">
        <w:rPr>
          <w:rFonts w:ascii="Clinica Pro" w:hAnsi="Clinica Pro"/>
          <w:lang w:val="ru-RU"/>
        </w:rPr>
        <w:t>Организатор — индивидуальный предприниматель Орешников Анатолий Анатольевич, ИНН 212905596995, ОГРНИП 318213000054593.</w:t>
      </w:r>
    </w:p>
    <w:p w14:paraId="3900CCB0" w14:textId="77777777" w:rsidR="008E72C3" w:rsidRPr="00FF32C5" w:rsidRDefault="00000000" w:rsidP="00FF32C5">
      <w:pPr>
        <w:jc w:val="both"/>
        <w:rPr>
          <w:rFonts w:ascii="Clinica Pro" w:hAnsi="Clinica Pro"/>
          <w:lang w:val="ru-RU"/>
        </w:rPr>
      </w:pPr>
      <w:r w:rsidRPr="00FF32C5">
        <w:rPr>
          <w:rFonts w:ascii="Clinica Pro" w:hAnsi="Clinica Pro"/>
          <w:lang w:val="ru-RU"/>
        </w:rPr>
        <w:t>Участник — лицо, присоединившееся к настоящей оферте, соответствующее условиям участия и получившее персональный реферальный код.</w:t>
      </w:r>
    </w:p>
    <w:p w14:paraId="6EB96150" w14:textId="77777777" w:rsidR="008E72C3" w:rsidRPr="00FF32C5" w:rsidRDefault="00000000" w:rsidP="00FF32C5">
      <w:pPr>
        <w:jc w:val="both"/>
        <w:rPr>
          <w:rFonts w:ascii="Clinica Pro" w:hAnsi="Clinica Pro"/>
          <w:lang w:val="ru-RU"/>
        </w:rPr>
      </w:pPr>
      <w:r w:rsidRPr="00FF32C5">
        <w:rPr>
          <w:rFonts w:ascii="Clinica Pro" w:hAnsi="Clinica Pro"/>
          <w:lang w:val="ru-RU"/>
        </w:rPr>
        <w:t>Клиент-</w:t>
      </w:r>
      <w:proofErr w:type="spellStart"/>
      <w:r w:rsidRPr="00FF32C5">
        <w:rPr>
          <w:rFonts w:ascii="Clinica Pro" w:hAnsi="Clinica Pro"/>
          <w:lang w:val="ru-RU"/>
        </w:rPr>
        <w:t>реферер</w:t>
      </w:r>
      <w:proofErr w:type="spellEnd"/>
      <w:r w:rsidRPr="00FF32C5">
        <w:rPr>
          <w:rFonts w:ascii="Clinica Pro" w:hAnsi="Clinica Pro"/>
          <w:lang w:val="ru-RU"/>
        </w:rPr>
        <w:t xml:space="preserve"> — физическое лицо без статуса самозанятого, индивидуального предпринимателя или юридического лица, участвующее в реферальной программе только в рамках бонусной программы </w:t>
      </w:r>
      <w:r w:rsidRPr="00FF32C5">
        <w:rPr>
          <w:rFonts w:ascii="Clinica Pro" w:hAnsi="Clinica Pro"/>
        </w:rPr>
        <w:t>GLAME</w:t>
      </w:r>
      <w:r w:rsidRPr="00FF32C5">
        <w:rPr>
          <w:rFonts w:ascii="Clinica Pro" w:hAnsi="Clinica Pro"/>
          <w:lang w:val="ru-RU"/>
        </w:rPr>
        <w:t>.</w:t>
      </w:r>
    </w:p>
    <w:p w14:paraId="58D7310C" w14:textId="77777777" w:rsidR="008E72C3" w:rsidRPr="00FF32C5" w:rsidRDefault="00000000" w:rsidP="00FF32C5">
      <w:pPr>
        <w:jc w:val="both"/>
        <w:rPr>
          <w:rFonts w:ascii="Clinica Pro" w:hAnsi="Clinica Pro"/>
          <w:lang w:val="ru-RU"/>
        </w:rPr>
      </w:pPr>
      <w:r w:rsidRPr="00FF32C5">
        <w:rPr>
          <w:rFonts w:ascii="Clinica Pro" w:hAnsi="Clinica Pro"/>
          <w:lang w:val="ru-RU"/>
        </w:rPr>
        <w:t>Профессиональный участник программы — самозанятый гражданин, индивидуальный предприниматель или юридическое лицо, участвующее в реферальной программе и имеющее право на получение денежного реферального вознаграждения при выполнении условий настоящей оферты. В настоящей оферте такой Участник также может именоваться профессиональным реферальным партнёром.</w:t>
      </w:r>
    </w:p>
    <w:p w14:paraId="52818448" w14:textId="77777777" w:rsidR="008E72C3" w:rsidRPr="00FF32C5" w:rsidRDefault="00000000" w:rsidP="00FF32C5">
      <w:pPr>
        <w:jc w:val="both"/>
        <w:rPr>
          <w:rFonts w:ascii="Clinica Pro" w:hAnsi="Clinica Pro"/>
          <w:lang w:val="ru-RU"/>
        </w:rPr>
      </w:pPr>
      <w:r w:rsidRPr="00FF32C5">
        <w:rPr>
          <w:rFonts w:ascii="Clinica Pro" w:hAnsi="Clinica Pro"/>
          <w:lang w:val="ru-RU"/>
        </w:rPr>
        <w:t>Реферальный код — индивидуальный код, присваиваемый Участнику для идентификации клиентов, пришедших по его рекомендации.</w:t>
      </w:r>
    </w:p>
    <w:p w14:paraId="4DBC9FB6" w14:textId="77777777" w:rsidR="008E72C3" w:rsidRPr="00FF32C5" w:rsidRDefault="00000000" w:rsidP="00FF32C5">
      <w:pPr>
        <w:jc w:val="both"/>
        <w:rPr>
          <w:rFonts w:ascii="Clinica Pro" w:hAnsi="Clinica Pro"/>
          <w:lang w:val="ru-RU"/>
        </w:rPr>
      </w:pPr>
      <w:r w:rsidRPr="00FF32C5">
        <w:rPr>
          <w:rFonts w:ascii="Clinica Pro" w:hAnsi="Clinica Pro"/>
          <w:lang w:val="ru-RU"/>
        </w:rPr>
        <w:t xml:space="preserve">Рекомендованный клиент — новый клиент </w:t>
      </w:r>
      <w:r w:rsidRPr="00FF32C5">
        <w:rPr>
          <w:rFonts w:ascii="Clinica Pro" w:hAnsi="Clinica Pro"/>
        </w:rPr>
        <w:t>GLAME</w:t>
      </w:r>
      <w:r w:rsidRPr="00FF32C5">
        <w:rPr>
          <w:rFonts w:ascii="Clinica Pro" w:hAnsi="Clinica Pro"/>
          <w:lang w:val="ru-RU"/>
        </w:rPr>
        <w:t xml:space="preserve"> либо клиент, который не совершал покупок в </w:t>
      </w:r>
      <w:r w:rsidRPr="00FF32C5">
        <w:rPr>
          <w:rFonts w:ascii="Clinica Pro" w:hAnsi="Clinica Pro"/>
        </w:rPr>
        <w:t>GLAME</w:t>
      </w:r>
      <w:r w:rsidRPr="00FF32C5">
        <w:rPr>
          <w:rFonts w:ascii="Clinica Pro" w:hAnsi="Clinica Pro"/>
          <w:lang w:val="ru-RU"/>
        </w:rPr>
        <w:t xml:space="preserve"> в течение последних 12 месяцев, пришедший по рекомендации Участника и указавший его реферальный код до оформления покупки.</w:t>
      </w:r>
    </w:p>
    <w:p w14:paraId="5847F5FD" w14:textId="77777777" w:rsidR="008E72C3" w:rsidRPr="00FF32C5" w:rsidRDefault="00000000" w:rsidP="00FF32C5">
      <w:pPr>
        <w:jc w:val="both"/>
        <w:rPr>
          <w:rFonts w:ascii="Clinica Pro" w:hAnsi="Clinica Pro"/>
          <w:lang w:val="ru-RU"/>
        </w:rPr>
      </w:pPr>
      <w:r w:rsidRPr="00FF32C5">
        <w:rPr>
          <w:rFonts w:ascii="Clinica Pro" w:hAnsi="Clinica Pro"/>
          <w:lang w:val="ru-RU"/>
        </w:rPr>
        <w:lastRenderedPageBreak/>
        <w:t xml:space="preserve">Успешная рекомендация — рекомендация Участника, в результате которой Рекомендованный клиент совершил покупку в </w:t>
      </w:r>
      <w:r w:rsidRPr="00FF32C5">
        <w:rPr>
          <w:rFonts w:ascii="Clinica Pro" w:hAnsi="Clinica Pro"/>
        </w:rPr>
        <w:t>GLAME</w:t>
      </w:r>
      <w:r w:rsidRPr="00FF32C5">
        <w:rPr>
          <w:rFonts w:ascii="Clinica Pro" w:hAnsi="Clinica Pro"/>
          <w:lang w:val="ru-RU"/>
        </w:rPr>
        <w:t xml:space="preserve"> с соблюдением условий настоящей оферты.</w:t>
      </w:r>
    </w:p>
    <w:p w14:paraId="5BB4C1D3" w14:textId="77777777" w:rsidR="008E72C3" w:rsidRPr="00FF32C5" w:rsidRDefault="00000000" w:rsidP="00FF32C5">
      <w:pPr>
        <w:jc w:val="both"/>
        <w:rPr>
          <w:rFonts w:ascii="Clinica Pro" w:hAnsi="Clinica Pro"/>
          <w:lang w:val="ru-RU"/>
        </w:rPr>
      </w:pPr>
      <w:r w:rsidRPr="00FF32C5">
        <w:rPr>
          <w:rFonts w:ascii="Clinica Pro" w:hAnsi="Clinica Pro"/>
          <w:lang w:val="ru-RU"/>
        </w:rPr>
        <w:t>Реферальное вознаграждение — денежное вознаграждение, выплачиваемое Профессиональному участнику программы за информационно-маркетинговую услугу в рамках реферальной программы, результатом которой стала покупка Рекомендованного клиента.</w:t>
      </w:r>
    </w:p>
    <w:p w14:paraId="407CB077" w14:textId="77777777" w:rsidR="008E72C3" w:rsidRPr="00FF32C5" w:rsidRDefault="00000000" w:rsidP="00FF32C5">
      <w:pPr>
        <w:jc w:val="both"/>
        <w:rPr>
          <w:rFonts w:ascii="Clinica Pro" w:hAnsi="Clinica Pro"/>
          <w:lang w:val="ru-RU"/>
        </w:rPr>
      </w:pPr>
      <w:r w:rsidRPr="00FF32C5">
        <w:rPr>
          <w:rFonts w:ascii="Clinica Pro" w:hAnsi="Clinica Pro"/>
          <w:lang w:val="ru-RU"/>
        </w:rPr>
        <w:t xml:space="preserve">Реферальный бонус — бонусы </w:t>
      </w:r>
      <w:r w:rsidRPr="00FF32C5">
        <w:rPr>
          <w:rFonts w:ascii="Clinica Pro" w:hAnsi="Clinica Pro"/>
        </w:rPr>
        <w:t>GLAME</w:t>
      </w:r>
      <w:r w:rsidRPr="00FF32C5">
        <w:rPr>
          <w:rFonts w:ascii="Clinica Pro" w:hAnsi="Clinica Pro"/>
          <w:lang w:val="ru-RU"/>
        </w:rPr>
        <w:t xml:space="preserve">, начисляемые Участнику или Рекомендованному клиенту в рамках программы лояльности </w:t>
      </w:r>
      <w:r w:rsidRPr="00FF32C5">
        <w:rPr>
          <w:rFonts w:ascii="Clinica Pro" w:hAnsi="Clinica Pro"/>
        </w:rPr>
        <w:t>GLAME</w:t>
      </w:r>
      <w:r w:rsidRPr="00FF32C5">
        <w:rPr>
          <w:rFonts w:ascii="Clinica Pro" w:hAnsi="Clinica Pro"/>
          <w:lang w:val="ru-RU"/>
        </w:rPr>
        <w:t xml:space="preserve">. Реферальный бонус не является денежным средством, не подлежит обмену на деньги и может быть использован только по правилам программы лояльности </w:t>
      </w:r>
      <w:r w:rsidRPr="00FF32C5">
        <w:rPr>
          <w:rFonts w:ascii="Clinica Pro" w:hAnsi="Clinica Pro"/>
        </w:rPr>
        <w:t>GLAME</w:t>
      </w:r>
      <w:r w:rsidRPr="00FF32C5">
        <w:rPr>
          <w:rFonts w:ascii="Clinica Pro" w:hAnsi="Clinica Pro"/>
          <w:lang w:val="ru-RU"/>
        </w:rPr>
        <w:t>.</w:t>
      </w:r>
    </w:p>
    <w:p w14:paraId="0A8AA5E4" w14:textId="77777777" w:rsidR="008E72C3" w:rsidRPr="00FF32C5" w:rsidRDefault="00000000" w:rsidP="00FF32C5">
      <w:pPr>
        <w:jc w:val="both"/>
        <w:rPr>
          <w:rFonts w:ascii="Clinica Pro" w:hAnsi="Clinica Pro"/>
          <w:lang w:val="ru-RU"/>
        </w:rPr>
      </w:pPr>
      <w:r w:rsidRPr="00FF32C5">
        <w:rPr>
          <w:rFonts w:ascii="Clinica Pro" w:hAnsi="Clinica Pro"/>
          <w:lang w:val="ru-RU"/>
        </w:rPr>
        <w:t xml:space="preserve">Годовой реферальный оборот — сумма подтверждённых покупок Рекомендованных клиентов, включаемая в расчёт реферального вознаграждения или реферальных бонусов Участника за последние 12 календарных месяцев, если Организатором письменно не установлен иной расчётный период. В годовой реферальный оборот не включаются покупки, отменённые или возвращённые полностью или частично в соответствующей части, стоимость доставки, товары </w:t>
      </w:r>
      <w:r w:rsidRPr="00FF32C5">
        <w:rPr>
          <w:rFonts w:ascii="Clinica Pro" w:hAnsi="Clinica Pro"/>
        </w:rPr>
        <w:t>SALE</w:t>
      </w:r>
      <w:r w:rsidRPr="00FF32C5">
        <w:rPr>
          <w:rFonts w:ascii="Clinica Pro" w:hAnsi="Clinica Pro"/>
          <w:lang w:val="ru-RU"/>
        </w:rPr>
        <w:t>, подарочные сертификаты, суммы, оплаченные бонусами, а также иные суммы, исключённые из расчёта по настоящей оферте.</w:t>
      </w:r>
    </w:p>
    <w:p w14:paraId="040ADB72" w14:textId="77777777" w:rsidR="008E72C3" w:rsidRPr="00FF32C5" w:rsidRDefault="00000000" w:rsidP="00FF32C5">
      <w:pPr>
        <w:jc w:val="both"/>
        <w:rPr>
          <w:rFonts w:ascii="Clinica Pro" w:hAnsi="Clinica Pro"/>
          <w:lang w:val="ru-RU"/>
        </w:rPr>
      </w:pPr>
      <w:r w:rsidRPr="00FF32C5">
        <w:rPr>
          <w:rFonts w:ascii="Clinica Pro" w:hAnsi="Clinica Pro"/>
          <w:lang w:val="ru-RU"/>
        </w:rPr>
        <w:t xml:space="preserve">Реферальный уровень — уровень Участника в реферальной программе, определяющий процент денежного реферального вознаграждения или реферальных бонусов. Реферальные уровни соответствуют уровням программы лояльности </w:t>
      </w:r>
      <w:r w:rsidRPr="00FF32C5">
        <w:rPr>
          <w:rFonts w:ascii="Clinica Pro" w:hAnsi="Clinica Pro"/>
        </w:rPr>
        <w:t>GLAME</w:t>
      </w:r>
      <w:r w:rsidRPr="00FF32C5">
        <w:rPr>
          <w:rFonts w:ascii="Clinica Pro" w:hAnsi="Clinica Pro"/>
          <w:lang w:val="ru-RU"/>
        </w:rPr>
        <w:t xml:space="preserve"> «Клуб стильных»: </w:t>
      </w:r>
      <w:r w:rsidRPr="00FF32C5">
        <w:rPr>
          <w:rFonts w:ascii="Clinica Pro" w:hAnsi="Clinica Pro"/>
        </w:rPr>
        <w:t>Stylish</w:t>
      </w:r>
      <w:r w:rsidRPr="00FF32C5">
        <w:rPr>
          <w:rFonts w:ascii="Clinica Pro" w:hAnsi="Clinica Pro"/>
          <w:lang w:val="ru-RU"/>
        </w:rPr>
        <w:t xml:space="preserve"> </w:t>
      </w:r>
      <w:r w:rsidRPr="00FF32C5">
        <w:rPr>
          <w:rFonts w:ascii="Clinica Pro" w:hAnsi="Clinica Pro"/>
        </w:rPr>
        <w:t>Start</w:t>
      </w:r>
      <w:r w:rsidRPr="00FF32C5">
        <w:rPr>
          <w:rFonts w:ascii="Clinica Pro" w:hAnsi="Clinica Pro"/>
          <w:lang w:val="ru-RU"/>
        </w:rPr>
        <w:t xml:space="preserve">, </w:t>
      </w:r>
      <w:r w:rsidRPr="00FF32C5">
        <w:rPr>
          <w:rFonts w:ascii="Clinica Pro" w:hAnsi="Clinica Pro"/>
        </w:rPr>
        <w:t>Stylish</w:t>
      </w:r>
      <w:r w:rsidRPr="00FF32C5">
        <w:rPr>
          <w:rFonts w:ascii="Clinica Pro" w:hAnsi="Clinica Pro"/>
          <w:lang w:val="ru-RU"/>
        </w:rPr>
        <w:t xml:space="preserve"> </w:t>
      </w:r>
      <w:r w:rsidRPr="00FF32C5">
        <w:rPr>
          <w:rFonts w:ascii="Clinica Pro" w:hAnsi="Clinica Pro"/>
        </w:rPr>
        <w:t>Pro</w:t>
      </w:r>
      <w:r w:rsidRPr="00FF32C5">
        <w:rPr>
          <w:rFonts w:ascii="Clinica Pro" w:hAnsi="Clinica Pro"/>
          <w:lang w:val="ru-RU"/>
        </w:rPr>
        <w:t xml:space="preserve">, </w:t>
      </w:r>
      <w:r w:rsidRPr="00FF32C5">
        <w:rPr>
          <w:rFonts w:ascii="Clinica Pro" w:hAnsi="Clinica Pro"/>
        </w:rPr>
        <w:t>Stylish</w:t>
      </w:r>
      <w:r w:rsidRPr="00FF32C5">
        <w:rPr>
          <w:rFonts w:ascii="Clinica Pro" w:hAnsi="Clinica Pro"/>
          <w:lang w:val="ru-RU"/>
        </w:rPr>
        <w:t xml:space="preserve"> </w:t>
      </w:r>
      <w:r w:rsidRPr="00FF32C5">
        <w:rPr>
          <w:rFonts w:ascii="Clinica Pro" w:hAnsi="Clinica Pro"/>
        </w:rPr>
        <w:t>Expert</w:t>
      </w:r>
      <w:r w:rsidRPr="00FF32C5">
        <w:rPr>
          <w:rFonts w:ascii="Clinica Pro" w:hAnsi="Clinica Pro"/>
          <w:lang w:val="ru-RU"/>
        </w:rPr>
        <w:t xml:space="preserve">, </w:t>
      </w:r>
      <w:r w:rsidRPr="00FF32C5">
        <w:rPr>
          <w:rFonts w:ascii="Clinica Pro" w:hAnsi="Clinica Pro"/>
        </w:rPr>
        <w:t>Stylish</w:t>
      </w:r>
      <w:r w:rsidRPr="00FF32C5">
        <w:rPr>
          <w:rFonts w:ascii="Clinica Pro" w:hAnsi="Clinica Pro"/>
          <w:lang w:val="ru-RU"/>
        </w:rPr>
        <w:t xml:space="preserve"> </w:t>
      </w:r>
      <w:r w:rsidRPr="00FF32C5">
        <w:rPr>
          <w:rFonts w:ascii="Clinica Pro" w:hAnsi="Clinica Pro"/>
        </w:rPr>
        <w:t>Priv</w:t>
      </w:r>
      <w:r w:rsidRPr="00FF32C5">
        <w:rPr>
          <w:rFonts w:ascii="Clinica Pro" w:hAnsi="Clinica Pro"/>
          <w:lang w:val="ru-RU"/>
        </w:rPr>
        <w:t>é.</w:t>
      </w:r>
    </w:p>
    <w:p w14:paraId="2F91600F" w14:textId="77777777" w:rsidR="008E72C3" w:rsidRPr="00FF32C5" w:rsidRDefault="00000000" w:rsidP="00FF32C5">
      <w:pPr>
        <w:jc w:val="both"/>
        <w:rPr>
          <w:rFonts w:ascii="Clinica Pro" w:hAnsi="Clinica Pro"/>
          <w:lang w:val="ru-RU"/>
        </w:rPr>
      </w:pPr>
      <w:r w:rsidRPr="00FF32C5">
        <w:rPr>
          <w:rFonts w:ascii="Clinica Pro" w:hAnsi="Clinica Pro"/>
          <w:lang w:val="ru-RU"/>
        </w:rPr>
        <w:t>Партнёрская организация — арендодатель, торговый центр, гостиница, отель, санаторно-курортный комплекс, салон, компания, подрядчик, заказчик или иная организация, сотрудники, представители или подрядчики которой могут взаимодействовать с клиентами, гостями или посетителями такой организации.</w:t>
      </w:r>
    </w:p>
    <w:p w14:paraId="771EE967" w14:textId="77777777" w:rsidR="008E72C3" w:rsidRPr="00FF32C5" w:rsidRDefault="00000000" w:rsidP="00FF32C5">
      <w:pPr>
        <w:jc w:val="both"/>
        <w:rPr>
          <w:rFonts w:ascii="Clinica Pro" w:hAnsi="Clinica Pro"/>
          <w:lang w:val="ru-RU"/>
        </w:rPr>
      </w:pPr>
      <w:r w:rsidRPr="00FF32C5">
        <w:rPr>
          <w:rFonts w:ascii="Clinica Pro" w:hAnsi="Clinica Pro"/>
          <w:lang w:val="ru-RU"/>
        </w:rPr>
        <w:t>Иностранный агент — физическое лицо, юридическое лицо, объединение или иное лицо, включённое в реестр иностранных агентов, ведение которого осуществляется уполномоченным государственным органом Российской Федерации.</w:t>
      </w:r>
    </w:p>
    <w:p w14:paraId="77ECF8F8" w14:textId="77777777" w:rsidR="008E72C3" w:rsidRPr="00FF32C5" w:rsidRDefault="00000000" w:rsidP="00FF32C5">
      <w:pPr>
        <w:jc w:val="both"/>
        <w:rPr>
          <w:rFonts w:ascii="Clinica Pro" w:hAnsi="Clinica Pro"/>
          <w:lang w:val="ru-RU"/>
        </w:rPr>
      </w:pPr>
      <w:r w:rsidRPr="00FF32C5">
        <w:rPr>
          <w:rFonts w:ascii="Clinica Pro" w:hAnsi="Clinica Pro"/>
          <w:lang w:val="ru-RU"/>
        </w:rPr>
        <w:t>Информационный ресурс иностранного агента — сайт, страница, аккаунт, блог, канал, сообщество, рассылка, мессенджер-канал или иной ресурс в сети Интернет, принадлежащий иностранному агенту, используемый им либо связанный с ним в значении, применимом по законодательству Российской Федерации об иностранных агентах и рекламе.</w:t>
      </w:r>
    </w:p>
    <w:p w14:paraId="59183927" w14:textId="77777777" w:rsidR="008E72C3" w:rsidRPr="00FF32C5" w:rsidRDefault="00000000" w:rsidP="00FF32C5">
      <w:pPr>
        <w:pStyle w:val="1"/>
        <w:jc w:val="both"/>
        <w:rPr>
          <w:rFonts w:ascii="Clinica Pro" w:hAnsi="Clinica Pro"/>
          <w:lang w:val="ru-RU"/>
        </w:rPr>
      </w:pPr>
      <w:r w:rsidRPr="00FF32C5">
        <w:rPr>
          <w:rFonts w:ascii="Clinica Pro" w:eastAsia="Times New Roman" w:hAnsi="Clinica Pro"/>
          <w:sz w:val="24"/>
          <w:lang w:val="ru-RU"/>
        </w:rPr>
        <w:t>2. Акцепт оферты</w:t>
      </w:r>
    </w:p>
    <w:p w14:paraId="11557F23" w14:textId="77777777" w:rsidR="008E72C3" w:rsidRPr="00FF32C5" w:rsidRDefault="00000000" w:rsidP="00FF32C5">
      <w:pPr>
        <w:jc w:val="both"/>
        <w:rPr>
          <w:rFonts w:ascii="Clinica Pro" w:hAnsi="Clinica Pro"/>
          <w:lang w:val="ru-RU"/>
        </w:rPr>
      </w:pPr>
      <w:r w:rsidRPr="00FF32C5">
        <w:rPr>
          <w:rFonts w:ascii="Clinica Pro" w:hAnsi="Clinica Pro"/>
          <w:lang w:val="ru-RU"/>
        </w:rPr>
        <w:t>Акцептом настоящей оферты является одно из следующих активных действий Участника:</w:t>
      </w:r>
    </w:p>
    <w:p w14:paraId="17FB1FC2" w14:textId="77777777" w:rsidR="008E72C3" w:rsidRPr="00FF32C5" w:rsidRDefault="00000000" w:rsidP="00FF32C5">
      <w:pPr>
        <w:ind w:left="227"/>
        <w:jc w:val="both"/>
        <w:rPr>
          <w:rFonts w:ascii="Clinica Pro" w:hAnsi="Clinica Pro"/>
          <w:lang w:val="ru-RU"/>
        </w:rPr>
      </w:pPr>
      <w:r w:rsidRPr="00FF32C5">
        <w:rPr>
          <w:rFonts w:ascii="Clinica Pro" w:hAnsi="Clinica Pro"/>
          <w:lang w:val="ru-RU"/>
        </w:rPr>
        <w:t>1. заполнение анкеты участника реферальной программы с подтверждением согласия с условиями настоящей оферты;</w:t>
      </w:r>
    </w:p>
    <w:p w14:paraId="17FE183E" w14:textId="77777777" w:rsidR="008E72C3" w:rsidRPr="00FF32C5" w:rsidRDefault="00000000" w:rsidP="00FF32C5">
      <w:pPr>
        <w:ind w:left="227"/>
        <w:jc w:val="both"/>
        <w:rPr>
          <w:rFonts w:ascii="Clinica Pro" w:hAnsi="Clinica Pro"/>
          <w:lang w:val="ru-RU"/>
        </w:rPr>
      </w:pPr>
      <w:r w:rsidRPr="00FF32C5">
        <w:rPr>
          <w:rFonts w:ascii="Clinica Pro" w:hAnsi="Clinica Pro"/>
          <w:lang w:val="ru-RU"/>
        </w:rPr>
        <w:t>2. регистрация через форму Организатора с проставлением отметки о согласии с условиями настоящей оферты;</w:t>
      </w:r>
    </w:p>
    <w:p w14:paraId="09F4AFEF" w14:textId="77777777" w:rsidR="008E72C3" w:rsidRPr="00FF32C5" w:rsidRDefault="00000000" w:rsidP="00FF32C5">
      <w:pPr>
        <w:ind w:left="227"/>
        <w:jc w:val="both"/>
        <w:rPr>
          <w:rFonts w:ascii="Clinica Pro" w:hAnsi="Clinica Pro"/>
          <w:lang w:val="ru-RU"/>
        </w:rPr>
      </w:pPr>
      <w:r w:rsidRPr="00FF32C5">
        <w:rPr>
          <w:rFonts w:ascii="Clinica Pro" w:hAnsi="Clinica Pro"/>
          <w:lang w:val="ru-RU"/>
        </w:rPr>
        <w:t>3. направление Организатору заявления о присоединении к реферальной программе;</w:t>
      </w:r>
    </w:p>
    <w:p w14:paraId="0B0E1A27" w14:textId="77777777" w:rsidR="008E72C3" w:rsidRPr="00FF32C5" w:rsidRDefault="00000000" w:rsidP="00FF32C5">
      <w:pPr>
        <w:ind w:left="227"/>
        <w:jc w:val="both"/>
        <w:rPr>
          <w:rFonts w:ascii="Clinica Pro" w:hAnsi="Clinica Pro"/>
          <w:lang w:val="ru-RU"/>
        </w:rPr>
      </w:pPr>
      <w:r w:rsidRPr="00FF32C5">
        <w:rPr>
          <w:rFonts w:ascii="Clinica Pro" w:hAnsi="Clinica Pro"/>
          <w:lang w:val="ru-RU"/>
        </w:rPr>
        <w:t>4. получение и последующее использование персонального реферального кода после ознакомления с настоящей офертой;</w:t>
      </w:r>
    </w:p>
    <w:p w14:paraId="370DF1BB" w14:textId="77777777" w:rsidR="008E72C3" w:rsidRPr="00FF32C5" w:rsidRDefault="00000000" w:rsidP="00FF32C5">
      <w:pPr>
        <w:ind w:left="227"/>
        <w:jc w:val="both"/>
        <w:rPr>
          <w:rFonts w:ascii="Clinica Pro" w:hAnsi="Clinica Pro"/>
          <w:lang w:val="ru-RU"/>
        </w:rPr>
      </w:pPr>
      <w:r w:rsidRPr="00FF32C5">
        <w:rPr>
          <w:rFonts w:ascii="Clinica Pro" w:hAnsi="Clinica Pro"/>
          <w:lang w:val="ru-RU"/>
        </w:rPr>
        <w:t>5. фактическое использование персонального реферального кода Участником после подтверждения согласия с условиями настоящей оферты.</w:t>
      </w:r>
    </w:p>
    <w:p w14:paraId="2CFF692D" w14:textId="77777777" w:rsidR="008E72C3" w:rsidRPr="00FF32C5" w:rsidRDefault="00000000" w:rsidP="00FF32C5">
      <w:pPr>
        <w:jc w:val="both"/>
        <w:rPr>
          <w:rFonts w:ascii="Clinica Pro" w:hAnsi="Clinica Pro"/>
          <w:lang w:val="ru-RU"/>
        </w:rPr>
      </w:pPr>
      <w:r w:rsidRPr="00FF32C5">
        <w:rPr>
          <w:rFonts w:ascii="Clinica Pro" w:hAnsi="Clinica Pro"/>
          <w:lang w:val="ru-RU"/>
        </w:rPr>
        <w:t>Само по себе присвоение или направление Участнику персонального реферального кода не считается акцептом оферты, если Участник не совершил активных действий, свидетельствующих о присоединении к программе.</w:t>
      </w:r>
    </w:p>
    <w:p w14:paraId="5D72BFCF" w14:textId="77777777" w:rsidR="008E72C3" w:rsidRPr="00FF32C5" w:rsidRDefault="00000000" w:rsidP="00FF32C5">
      <w:pPr>
        <w:jc w:val="both"/>
        <w:rPr>
          <w:rFonts w:ascii="Clinica Pro" w:hAnsi="Clinica Pro"/>
          <w:lang w:val="ru-RU"/>
        </w:rPr>
      </w:pPr>
      <w:r w:rsidRPr="00FF32C5">
        <w:rPr>
          <w:rFonts w:ascii="Clinica Pro" w:hAnsi="Clinica Pro"/>
          <w:lang w:val="ru-RU"/>
        </w:rPr>
        <w:lastRenderedPageBreak/>
        <w:t>С момента акцепта настоящей оферты договор между Организатором и Участником считается заключённым.</w:t>
      </w:r>
    </w:p>
    <w:p w14:paraId="16354796" w14:textId="77777777" w:rsidR="008E72C3" w:rsidRPr="00FF32C5" w:rsidRDefault="00000000" w:rsidP="00FF32C5">
      <w:pPr>
        <w:jc w:val="both"/>
        <w:rPr>
          <w:rFonts w:ascii="Clinica Pro" w:hAnsi="Clinica Pro"/>
          <w:lang w:val="ru-RU"/>
        </w:rPr>
      </w:pPr>
      <w:r w:rsidRPr="00FF32C5">
        <w:rPr>
          <w:rFonts w:ascii="Clinica Pro" w:hAnsi="Clinica Pro"/>
          <w:lang w:val="ru-RU"/>
        </w:rPr>
        <w:t>Присоединяясь к настоящей оферте, Участник подтверждает, что полностью ознакомился с её условиями, принимает их безоговорочно и обязуется соблюдать правила реферальной программы.</w:t>
      </w:r>
    </w:p>
    <w:p w14:paraId="150801BD" w14:textId="77777777" w:rsidR="008E72C3" w:rsidRPr="00FF32C5" w:rsidRDefault="00000000" w:rsidP="00FF32C5">
      <w:pPr>
        <w:jc w:val="both"/>
        <w:rPr>
          <w:rFonts w:ascii="Clinica Pro" w:hAnsi="Clinica Pro"/>
          <w:lang w:val="ru-RU"/>
        </w:rPr>
      </w:pPr>
      <w:r w:rsidRPr="00FF32C5">
        <w:rPr>
          <w:rFonts w:ascii="Clinica Pro" w:hAnsi="Clinica Pro"/>
          <w:lang w:val="ru-RU"/>
        </w:rPr>
        <w:t xml:space="preserve">Участник отдельно подтверждает согласие на обработку своих персональных данных в соответствии с Политикой обработки персональных данных </w:t>
      </w:r>
      <w:r w:rsidRPr="00FF32C5">
        <w:rPr>
          <w:rFonts w:ascii="Clinica Pro" w:hAnsi="Clinica Pro"/>
        </w:rPr>
        <w:t>GLAME</w:t>
      </w:r>
      <w:r w:rsidRPr="00FF32C5">
        <w:rPr>
          <w:rFonts w:ascii="Clinica Pro" w:hAnsi="Clinica Pro"/>
          <w:lang w:val="ru-RU"/>
        </w:rPr>
        <w:t xml:space="preserve"> и отдельным согласием на обработку персональных данных, если такое согласие требуется для участия в программе, выплаты вознаграждения или начисления бонусов.</w:t>
      </w:r>
    </w:p>
    <w:p w14:paraId="6F3764A2" w14:textId="77777777" w:rsidR="008E72C3" w:rsidRPr="00FF32C5" w:rsidRDefault="00000000" w:rsidP="00FF32C5">
      <w:pPr>
        <w:pStyle w:val="1"/>
        <w:jc w:val="both"/>
        <w:rPr>
          <w:rFonts w:ascii="Clinica Pro" w:hAnsi="Clinica Pro"/>
          <w:lang w:val="ru-RU"/>
        </w:rPr>
      </w:pPr>
      <w:r w:rsidRPr="00FF32C5">
        <w:rPr>
          <w:rFonts w:ascii="Clinica Pro" w:eastAsia="Times New Roman" w:hAnsi="Clinica Pro"/>
          <w:sz w:val="24"/>
          <w:lang w:val="ru-RU"/>
        </w:rPr>
        <w:t>3. Предмет оферты</w:t>
      </w:r>
    </w:p>
    <w:p w14:paraId="3B1C84CD" w14:textId="77777777" w:rsidR="008E72C3" w:rsidRPr="00FF32C5" w:rsidRDefault="00000000" w:rsidP="00FF32C5">
      <w:pPr>
        <w:jc w:val="both"/>
        <w:rPr>
          <w:rFonts w:ascii="Clinica Pro" w:hAnsi="Clinica Pro"/>
          <w:lang w:val="ru-RU"/>
        </w:rPr>
      </w:pPr>
      <w:r w:rsidRPr="00FF32C5">
        <w:rPr>
          <w:rFonts w:ascii="Clinica Pro" w:hAnsi="Clinica Pro"/>
          <w:lang w:val="ru-RU"/>
        </w:rPr>
        <w:t xml:space="preserve">Организатор предоставляет Участнику возможность рекомендовать магазины </w:t>
      </w:r>
      <w:r w:rsidRPr="00FF32C5">
        <w:rPr>
          <w:rFonts w:ascii="Clinica Pro" w:hAnsi="Clinica Pro"/>
        </w:rPr>
        <w:t>GLAME</w:t>
      </w:r>
      <w:r w:rsidRPr="00FF32C5">
        <w:rPr>
          <w:rFonts w:ascii="Clinica Pro" w:hAnsi="Clinica Pro"/>
          <w:lang w:val="ru-RU"/>
        </w:rPr>
        <w:t xml:space="preserve"> третьим лицам с использованием персонального реферального кода.</w:t>
      </w:r>
    </w:p>
    <w:p w14:paraId="501F802B" w14:textId="77777777" w:rsidR="008E72C3" w:rsidRPr="00FF32C5" w:rsidRDefault="00000000" w:rsidP="00FF32C5">
      <w:pPr>
        <w:jc w:val="both"/>
        <w:rPr>
          <w:rFonts w:ascii="Clinica Pro" w:hAnsi="Clinica Pro"/>
          <w:lang w:val="ru-RU"/>
        </w:rPr>
      </w:pPr>
      <w:r w:rsidRPr="00FF32C5">
        <w:rPr>
          <w:rFonts w:ascii="Clinica Pro" w:hAnsi="Clinica Pro"/>
          <w:lang w:val="ru-RU"/>
        </w:rPr>
        <w:t xml:space="preserve">Участник вправе по собственной инициативе рассказывать о </w:t>
      </w:r>
      <w:r w:rsidRPr="00FF32C5">
        <w:rPr>
          <w:rFonts w:ascii="Clinica Pro" w:hAnsi="Clinica Pro"/>
        </w:rPr>
        <w:t>GLAME</w:t>
      </w:r>
      <w:r w:rsidRPr="00FF32C5">
        <w:rPr>
          <w:rFonts w:ascii="Clinica Pro" w:hAnsi="Clinica Pro"/>
          <w:lang w:val="ru-RU"/>
        </w:rPr>
        <w:t xml:space="preserve">, передавать персональный реферальный код, направлять клиентов в магазины </w:t>
      </w:r>
      <w:r w:rsidRPr="00FF32C5">
        <w:rPr>
          <w:rFonts w:ascii="Clinica Pro" w:hAnsi="Clinica Pro"/>
        </w:rPr>
        <w:t>GLAME</w:t>
      </w:r>
      <w:r w:rsidRPr="00FF32C5">
        <w:rPr>
          <w:rFonts w:ascii="Clinica Pro" w:hAnsi="Clinica Pro"/>
          <w:lang w:val="ru-RU"/>
        </w:rPr>
        <w:t xml:space="preserve"> и информировать их о действующих приветственных условиях.</w:t>
      </w:r>
    </w:p>
    <w:p w14:paraId="6384C756" w14:textId="77777777" w:rsidR="008E72C3" w:rsidRPr="00FF32C5" w:rsidRDefault="00000000" w:rsidP="00FF32C5">
      <w:pPr>
        <w:jc w:val="both"/>
        <w:rPr>
          <w:rFonts w:ascii="Clinica Pro" w:hAnsi="Clinica Pro"/>
          <w:lang w:val="ru-RU"/>
        </w:rPr>
      </w:pPr>
      <w:r w:rsidRPr="00FF32C5">
        <w:rPr>
          <w:rFonts w:ascii="Clinica Pro" w:hAnsi="Clinica Pro"/>
          <w:lang w:val="ru-RU"/>
        </w:rPr>
        <w:t xml:space="preserve">Действия Участника носят информационно-маркетинговый характер. Участник самостоятельно определяет, осуществлять ли рекомендацию </w:t>
      </w:r>
      <w:r w:rsidRPr="00FF32C5">
        <w:rPr>
          <w:rFonts w:ascii="Clinica Pro" w:hAnsi="Clinica Pro"/>
        </w:rPr>
        <w:t>GLAME</w:t>
      </w:r>
      <w:r w:rsidRPr="00FF32C5">
        <w:rPr>
          <w:rFonts w:ascii="Clinica Pro" w:hAnsi="Clinica Pro"/>
          <w:lang w:val="ru-RU"/>
        </w:rPr>
        <w:t>, когда и каким образом передавать реферальный код, если такие действия не нарушают настоящую оферту и законодательство Российской Федерации.</w:t>
      </w:r>
    </w:p>
    <w:p w14:paraId="77E026A6" w14:textId="77777777" w:rsidR="008E72C3" w:rsidRPr="00FF32C5" w:rsidRDefault="00000000" w:rsidP="00FF32C5">
      <w:pPr>
        <w:jc w:val="both"/>
        <w:rPr>
          <w:rFonts w:ascii="Clinica Pro" w:hAnsi="Clinica Pro"/>
          <w:lang w:val="ru-RU"/>
        </w:rPr>
      </w:pPr>
      <w:r w:rsidRPr="00FF32C5">
        <w:rPr>
          <w:rFonts w:ascii="Clinica Pro" w:hAnsi="Clinica Pro"/>
          <w:lang w:val="ru-RU"/>
        </w:rPr>
        <w:t>Организатор не устанавливает Участнику обязательные задания, планы, графики, маршруты, скрипты продаж, нормы привлечения клиентов или обязанность обеспечить определённое количество покупок.</w:t>
      </w:r>
    </w:p>
    <w:p w14:paraId="6D37AA89" w14:textId="77777777" w:rsidR="008E72C3" w:rsidRPr="00FF32C5" w:rsidRDefault="00000000" w:rsidP="00FF32C5">
      <w:pPr>
        <w:jc w:val="both"/>
        <w:rPr>
          <w:rFonts w:ascii="Clinica Pro" w:hAnsi="Clinica Pro"/>
          <w:lang w:val="ru-RU"/>
        </w:rPr>
      </w:pPr>
      <w:r w:rsidRPr="00FF32C5">
        <w:rPr>
          <w:rFonts w:ascii="Clinica Pro" w:hAnsi="Clinica Pro"/>
          <w:lang w:val="ru-RU"/>
        </w:rPr>
        <w:t>Участник не является сотрудником, представителем, агентом, комиссионером, поверенным или иным уполномоченным лицом Организатора.</w:t>
      </w:r>
    </w:p>
    <w:p w14:paraId="0B9629C2" w14:textId="77777777" w:rsidR="008E72C3" w:rsidRPr="00FF32C5" w:rsidRDefault="00000000" w:rsidP="00FF32C5">
      <w:pPr>
        <w:jc w:val="both"/>
        <w:rPr>
          <w:rFonts w:ascii="Clinica Pro" w:hAnsi="Clinica Pro"/>
          <w:lang w:val="ru-RU"/>
        </w:rPr>
      </w:pPr>
      <w:r w:rsidRPr="00FF32C5">
        <w:rPr>
          <w:rFonts w:ascii="Clinica Pro" w:hAnsi="Clinica Pro"/>
          <w:lang w:val="ru-RU"/>
        </w:rPr>
        <w:t>Участник не вправе:</w:t>
      </w:r>
    </w:p>
    <w:p w14:paraId="1ACC9ED1" w14:textId="77777777" w:rsidR="008E72C3" w:rsidRPr="00FF32C5" w:rsidRDefault="00000000" w:rsidP="00FF32C5">
      <w:pPr>
        <w:ind w:left="227"/>
        <w:jc w:val="both"/>
        <w:rPr>
          <w:rFonts w:ascii="Clinica Pro" w:hAnsi="Clinica Pro"/>
          <w:lang w:val="ru-RU"/>
        </w:rPr>
      </w:pPr>
      <w:r w:rsidRPr="00FF32C5">
        <w:rPr>
          <w:rFonts w:ascii="Clinica Pro" w:hAnsi="Clinica Pro"/>
          <w:lang w:val="ru-RU"/>
        </w:rPr>
        <w:t xml:space="preserve">1. заключать сделки от имени </w:t>
      </w:r>
      <w:r w:rsidRPr="00FF32C5">
        <w:rPr>
          <w:rFonts w:ascii="Clinica Pro" w:hAnsi="Clinica Pro"/>
        </w:rPr>
        <w:t>GLAME</w:t>
      </w:r>
      <w:r w:rsidRPr="00FF32C5">
        <w:rPr>
          <w:rFonts w:ascii="Clinica Pro" w:hAnsi="Clinica Pro"/>
          <w:lang w:val="ru-RU"/>
        </w:rPr>
        <w:t>;</w:t>
      </w:r>
    </w:p>
    <w:p w14:paraId="36F57944" w14:textId="77777777" w:rsidR="008E72C3" w:rsidRPr="00FF32C5" w:rsidRDefault="00000000" w:rsidP="00FF32C5">
      <w:pPr>
        <w:ind w:left="227"/>
        <w:jc w:val="both"/>
        <w:rPr>
          <w:rFonts w:ascii="Clinica Pro" w:hAnsi="Clinica Pro"/>
          <w:lang w:val="ru-RU"/>
        </w:rPr>
      </w:pPr>
      <w:r w:rsidRPr="00FF32C5">
        <w:rPr>
          <w:rFonts w:ascii="Clinica Pro" w:hAnsi="Clinica Pro"/>
          <w:lang w:val="ru-RU"/>
        </w:rPr>
        <w:t xml:space="preserve">2. принимать оплату </w:t>
      </w:r>
      <w:proofErr w:type="gramStart"/>
      <w:r w:rsidRPr="00FF32C5">
        <w:rPr>
          <w:rFonts w:ascii="Clinica Pro" w:hAnsi="Clinica Pro"/>
          <w:lang w:val="ru-RU"/>
        </w:rPr>
        <w:t>за товары</w:t>
      </w:r>
      <w:proofErr w:type="gramEnd"/>
      <w:r w:rsidRPr="00FF32C5">
        <w:rPr>
          <w:rFonts w:ascii="Clinica Pro" w:hAnsi="Clinica Pro"/>
          <w:lang w:val="ru-RU"/>
        </w:rPr>
        <w:t xml:space="preserve"> </w:t>
      </w:r>
      <w:r w:rsidRPr="00FF32C5">
        <w:rPr>
          <w:rFonts w:ascii="Clinica Pro" w:hAnsi="Clinica Pro"/>
        </w:rPr>
        <w:t>GLAME</w:t>
      </w:r>
      <w:r w:rsidRPr="00FF32C5">
        <w:rPr>
          <w:rFonts w:ascii="Clinica Pro" w:hAnsi="Clinica Pro"/>
          <w:lang w:val="ru-RU"/>
        </w:rPr>
        <w:t>;</w:t>
      </w:r>
    </w:p>
    <w:p w14:paraId="0239E82B" w14:textId="77777777" w:rsidR="008E72C3" w:rsidRPr="00FF32C5" w:rsidRDefault="00000000" w:rsidP="00FF32C5">
      <w:pPr>
        <w:ind w:left="227"/>
        <w:jc w:val="both"/>
        <w:rPr>
          <w:rFonts w:ascii="Clinica Pro" w:hAnsi="Clinica Pro"/>
          <w:lang w:val="ru-RU"/>
        </w:rPr>
      </w:pPr>
      <w:r w:rsidRPr="00FF32C5">
        <w:rPr>
          <w:rFonts w:ascii="Clinica Pro" w:hAnsi="Clinica Pro"/>
          <w:lang w:val="ru-RU"/>
        </w:rPr>
        <w:t xml:space="preserve">3. участвовать в расчётах между </w:t>
      </w:r>
      <w:r w:rsidRPr="00FF32C5">
        <w:rPr>
          <w:rFonts w:ascii="Clinica Pro" w:hAnsi="Clinica Pro"/>
        </w:rPr>
        <w:t>GLAME</w:t>
      </w:r>
      <w:r w:rsidRPr="00FF32C5">
        <w:rPr>
          <w:rFonts w:ascii="Clinica Pro" w:hAnsi="Clinica Pro"/>
          <w:lang w:val="ru-RU"/>
        </w:rPr>
        <w:t xml:space="preserve"> и клиентами;</w:t>
      </w:r>
    </w:p>
    <w:p w14:paraId="028C7186" w14:textId="77777777" w:rsidR="008E72C3" w:rsidRPr="00FF32C5" w:rsidRDefault="00000000" w:rsidP="00FF32C5">
      <w:pPr>
        <w:ind w:left="227"/>
        <w:jc w:val="both"/>
        <w:rPr>
          <w:rFonts w:ascii="Clinica Pro" w:hAnsi="Clinica Pro"/>
          <w:lang w:val="ru-RU"/>
        </w:rPr>
      </w:pPr>
      <w:r w:rsidRPr="00FF32C5">
        <w:rPr>
          <w:rFonts w:ascii="Clinica Pro" w:hAnsi="Clinica Pro"/>
          <w:lang w:val="ru-RU"/>
        </w:rPr>
        <w:t xml:space="preserve">4. оформлять заказы от имени </w:t>
      </w:r>
      <w:r w:rsidRPr="00FF32C5">
        <w:rPr>
          <w:rFonts w:ascii="Clinica Pro" w:hAnsi="Clinica Pro"/>
        </w:rPr>
        <w:t>GLAME</w:t>
      </w:r>
      <w:r w:rsidRPr="00FF32C5">
        <w:rPr>
          <w:rFonts w:ascii="Clinica Pro" w:hAnsi="Clinica Pro"/>
          <w:lang w:val="ru-RU"/>
        </w:rPr>
        <w:t>;</w:t>
      </w:r>
    </w:p>
    <w:p w14:paraId="60EBC220" w14:textId="77777777" w:rsidR="008E72C3" w:rsidRPr="00FF32C5" w:rsidRDefault="00000000" w:rsidP="00FF32C5">
      <w:pPr>
        <w:ind w:left="227"/>
        <w:jc w:val="both"/>
        <w:rPr>
          <w:rFonts w:ascii="Clinica Pro" w:hAnsi="Clinica Pro"/>
          <w:lang w:val="ru-RU"/>
        </w:rPr>
      </w:pPr>
      <w:r w:rsidRPr="00FF32C5">
        <w:rPr>
          <w:rFonts w:ascii="Clinica Pro" w:hAnsi="Clinica Pro"/>
          <w:lang w:val="ru-RU"/>
        </w:rPr>
        <w:t>5. обещать клиентам скидки, бонусы, гарантии или условия, не утверждённые Организатором;</w:t>
      </w:r>
    </w:p>
    <w:p w14:paraId="4F83290D" w14:textId="77777777" w:rsidR="008E72C3" w:rsidRPr="00FF32C5" w:rsidRDefault="00000000" w:rsidP="00FF32C5">
      <w:pPr>
        <w:ind w:left="227"/>
        <w:jc w:val="both"/>
        <w:rPr>
          <w:rFonts w:ascii="Clinica Pro" w:hAnsi="Clinica Pro"/>
          <w:lang w:val="ru-RU"/>
        </w:rPr>
      </w:pPr>
      <w:r w:rsidRPr="00FF32C5">
        <w:rPr>
          <w:rFonts w:ascii="Clinica Pro" w:hAnsi="Clinica Pro"/>
          <w:lang w:val="ru-RU"/>
        </w:rPr>
        <w:t xml:space="preserve">6. выступать от имени </w:t>
      </w:r>
      <w:r w:rsidRPr="00FF32C5">
        <w:rPr>
          <w:rFonts w:ascii="Clinica Pro" w:hAnsi="Clinica Pro"/>
        </w:rPr>
        <w:t>GLAME</w:t>
      </w:r>
      <w:r w:rsidRPr="00FF32C5">
        <w:rPr>
          <w:rFonts w:ascii="Clinica Pro" w:hAnsi="Clinica Pro"/>
          <w:lang w:val="ru-RU"/>
        </w:rPr>
        <w:t xml:space="preserve"> без отдельного письменного согласования.</w:t>
      </w:r>
    </w:p>
    <w:p w14:paraId="75CAAB57" w14:textId="77777777" w:rsidR="008E72C3" w:rsidRPr="00FF32C5" w:rsidRDefault="00000000" w:rsidP="00FF32C5">
      <w:pPr>
        <w:jc w:val="both"/>
        <w:rPr>
          <w:rFonts w:ascii="Clinica Pro" w:hAnsi="Clinica Pro"/>
          <w:lang w:val="ru-RU"/>
        </w:rPr>
      </w:pPr>
      <w:r w:rsidRPr="00FF32C5">
        <w:rPr>
          <w:rFonts w:ascii="Clinica Pro" w:hAnsi="Clinica Pro"/>
          <w:lang w:val="ru-RU"/>
        </w:rPr>
        <w:t xml:space="preserve">Все продажи товаров осуществляются исключительно Организатором или уполномоченными сотрудниками магазинов </w:t>
      </w:r>
      <w:r w:rsidRPr="00FF32C5">
        <w:rPr>
          <w:rFonts w:ascii="Clinica Pro" w:hAnsi="Clinica Pro"/>
        </w:rPr>
        <w:t>GLAME</w:t>
      </w:r>
      <w:r w:rsidRPr="00FF32C5">
        <w:rPr>
          <w:rFonts w:ascii="Clinica Pro" w:hAnsi="Clinica Pro"/>
          <w:lang w:val="ru-RU"/>
        </w:rPr>
        <w:t>.</w:t>
      </w:r>
    </w:p>
    <w:p w14:paraId="7B1C1DB7" w14:textId="77777777" w:rsidR="008E72C3" w:rsidRPr="00FF32C5" w:rsidRDefault="00000000" w:rsidP="00FF32C5">
      <w:pPr>
        <w:pStyle w:val="1"/>
        <w:jc w:val="both"/>
        <w:rPr>
          <w:rFonts w:ascii="Clinica Pro" w:hAnsi="Clinica Pro"/>
          <w:lang w:val="ru-RU"/>
        </w:rPr>
      </w:pPr>
      <w:r w:rsidRPr="00FF32C5">
        <w:rPr>
          <w:rFonts w:ascii="Clinica Pro" w:eastAsia="Times New Roman" w:hAnsi="Clinica Pro"/>
          <w:sz w:val="24"/>
          <w:lang w:val="ru-RU"/>
        </w:rPr>
        <w:t>4. Категории участников</w:t>
      </w:r>
    </w:p>
    <w:p w14:paraId="00ACF217" w14:textId="77777777" w:rsidR="008E72C3" w:rsidRPr="00FF32C5" w:rsidRDefault="00000000" w:rsidP="00FF32C5">
      <w:pPr>
        <w:jc w:val="both"/>
        <w:rPr>
          <w:rFonts w:ascii="Clinica Pro" w:hAnsi="Clinica Pro"/>
          <w:lang w:val="ru-RU"/>
        </w:rPr>
      </w:pPr>
      <w:r w:rsidRPr="00FF32C5">
        <w:rPr>
          <w:rFonts w:ascii="Clinica Pro" w:hAnsi="Clinica Pro"/>
          <w:lang w:val="ru-RU"/>
        </w:rPr>
        <w:t>В рамках реферальной программы предусмотрены две категории Участников.</w:t>
      </w:r>
    </w:p>
    <w:p w14:paraId="05D01288" w14:textId="77777777" w:rsidR="008E72C3" w:rsidRPr="00FF32C5" w:rsidRDefault="00000000" w:rsidP="00FF32C5">
      <w:pPr>
        <w:pStyle w:val="21"/>
        <w:jc w:val="both"/>
        <w:rPr>
          <w:rFonts w:ascii="Clinica Pro" w:hAnsi="Clinica Pro"/>
          <w:lang w:val="ru-RU"/>
        </w:rPr>
      </w:pPr>
      <w:r w:rsidRPr="00FF32C5">
        <w:rPr>
          <w:rFonts w:ascii="Clinica Pro" w:eastAsia="Times New Roman" w:hAnsi="Clinica Pro"/>
          <w:sz w:val="23"/>
          <w:lang w:val="ru-RU"/>
        </w:rPr>
        <w:t>4.1. Клиент-</w:t>
      </w:r>
      <w:proofErr w:type="spellStart"/>
      <w:r w:rsidRPr="00FF32C5">
        <w:rPr>
          <w:rFonts w:ascii="Clinica Pro" w:eastAsia="Times New Roman" w:hAnsi="Clinica Pro"/>
          <w:sz w:val="23"/>
          <w:lang w:val="ru-RU"/>
        </w:rPr>
        <w:t>реферер</w:t>
      </w:r>
      <w:proofErr w:type="spellEnd"/>
    </w:p>
    <w:p w14:paraId="1A63AB66" w14:textId="77777777" w:rsidR="008E72C3" w:rsidRPr="00FF32C5" w:rsidRDefault="00000000" w:rsidP="00FF32C5">
      <w:pPr>
        <w:jc w:val="both"/>
        <w:rPr>
          <w:rFonts w:ascii="Clinica Pro" w:hAnsi="Clinica Pro"/>
          <w:lang w:val="ru-RU"/>
        </w:rPr>
      </w:pPr>
      <w:r w:rsidRPr="00FF32C5">
        <w:rPr>
          <w:rFonts w:ascii="Clinica Pro" w:hAnsi="Clinica Pro"/>
          <w:lang w:val="ru-RU"/>
        </w:rPr>
        <w:t>Клиент-</w:t>
      </w:r>
      <w:proofErr w:type="spellStart"/>
      <w:r w:rsidRPr="00FF32C5">
        <w:rPr>
          <w:rFonts w:ascii="Clinica Pro" w:hAnsi="Clinica Pro"/>
          <w:lang w:val="ru-RU"/>
        </w:rPr>
        <w:t>реферер</w:t>
      </w:r>
      <w:proofErr w:type="spellEnd"/>
      <w:r w:rsidRPr="00FF32C5">
        <w:rPr>
          <w:rFonts w:ascii="Clinica Pro" w:hAnsi="Clinica Pro"/>
          <w:lang w:val="ru-RU"/>
        </w:rPr>
        <w:t xml:space="preserve"> — физическое лицо без статуса самозанятого, индивидуального предпринимателя или юридического лица.</w:t>
      </w:r>
    </w:p>
    <w:p w14:paraId="7CB32BAD" w14:textId="77777777" w:rsidR="008E72C3" w:rsidRPr="00FF32C5" w:rsidRDefault="00000000" w:rsidP="00FF32C5">
      <w:pPr>
        <w:jc w:val="both"/>
        <w:rPr>
          <w:rFonts w:ascii="Clinica Pro" w:hAnsi="Clinica Pro"/>
          <w:lang w:val="ru-RU"/>
        </w:rPr>
      </w:pPr>
      <w:r w:rsidRPr="00FF32C5">
        <w:rPr>
          <w:rFonts w:ascii="Clinica Pro" w:hAnsi="Clinica Pro"/>
          <w:lang w:val="ru-RU"/>
        </w:rPr>
        <w:t>Клиент-</w:t>
      </w:r>
      <w:proofErr w:type="spellStart"/>
      <w:r w:rsidRPr="00FF32C5">
        <w:rPr>
          <w:rFonts w:ascii="Clinica Pro" w:hAnsi="Clinica Pro"/>
          <w:lang w:val="ru-RU"/>
        </w:rPr>
        <w:t>реферер</w:t>
      </w:r>
      <w:proofErr w:type="spellEnd"/>
      <w:r w:rsidRPr="00FF32C5">
        <w:rPr>
          <w:rFonts w:ascii="Clinica Pro" w:hAnsi="Clinica Pro"/>
          <w:lang w:val="ru-RU"/>
        </w:rPr>
        <w:t xml:space="preserve"> может участвовать в программе только в рамках бонусной программы </w:t>
      </w:r>
      <w:r w:rsidRPr="00FF32C5">
        <w:rPr>
          <w:rFonts w:ascii="Clinica Pro" w:hAnsi="Clinica Pro"/>
        </w:rPr>
        <w:t>GLAME</w:t>
      </w:r>
      <w:r w:rsidRPr="00FF32C5">
        <w:rPr>
          <w:rFonts w:ascii="Clinica Pro" w:hAnsi="Clinica Pro"/>
          <w:lang w:val="ru-RU"/>
        </w:rPr>
        <w:t>.</w:t>
      </w:r>
    </w:p>
    <w:p w14:paraId="009F7636" w14:textId="77777777" w:rsidR="008E72C3" w:rsidRPr="00FF32C5" w:rsidRDefault="00000000" w:rsidP="00FF32C5">
      <w:pPr>
        <w:jc w:val="both"/>
        <w:rPr>
          <w:rFonts w:ascii="Clinica Pro" w:hAnsi="Clinica Pro"/>
          <w:lang w:val="ru-RU"/>
        </w:rPr>
      </w:pPr>
      <w:r w:rsidRPr="00FF32C5">
        <w:rPr>
          <w:rFonts w:ascii="Clinica Pro" w:hAnsi="Clinica Pro"/>
          <w:lang w:val="ru-RU"/>
        </w:rPr>
        <w:t>Клиенту-</w:t>
      </w:r>
      <w:proofErr w:type="spellStart"/>
      <w:r w:rsidRPr="00FF32C5">
        <w:rPr>
          <w:rFonts w:ascii="Clinica Pro" w:hAnsi="Clinica Pro"/>
          <w:lang w:val="ru-RU"/>
        </w:rPr>
        <w:t>рефереру</w:t>
      </w:r>
      <w:proofErr w:type="spellEnd"/>
      <w:r w:rsidRPr="00FF32C5">
        <w:rPr>
          <w:rFonts w:ascii="Clinica Pro" w:hAnsi="Clinica Pro"/>
          <w:lang w:val="ru-RU"/>
        </w:rPr>
        <w:t xml:space="preserve"> могут начисляться бонусы </w:t>
      </w:r>
      <w:r w:rsidRPr="00FF32C5">
        <w:rPr>
          <w:rFonts w:ascii="Clinica Pro" w:hAnsi="Clinica Pro"/>
        </w:rPr>
        <w:t>GLAME</w:t>
      </w:r>
      <w:r w:rsidRPr="00FF32C5">
        <w:rPr>
          <w:rFonts w:ascii="Clinica Pro" w:hAnsi="Clinica Pro"/>
          <w:lang w:val="ru-RU"/>
        </w:rPr>
        <w:t>, если это предусмотрено действующими правилами программы лояльности или отдельной акцией Организатора.</w:t>
      </w:r>
    </w:p>
    <w:p w14:paraId="0086B622" w14:textId="77777777" w:rsidR="008E72C3" w:rsidRPr="00FF32C5" w:rsidRDefault="00000000" w:rsidP="00FF32C5">
      <w:pPr>
        <w:jc w:val="both"/>
        <w:rPr>
          <w:rFonts w:ascii="Clinica Pro" w:hAnsi="Clinica Pro"/>
          <w:lang w:val="ru-RU"/>
        </w:rPr>
      </w:pPr>
      <w:r w:rsidRPr="00FF32C5">
        <w:rPr>
          <w:rFonts w:ascii="Clinica Pro" w:hAnsi="Clinica Pro"/>
          <w:lang w:val="ru-RU"/>
        </w:rPr>
        <w:t>Денежное вознаграждение Клиенту-</w:t>
      </w:r>
      <w:proofErr w:type="spellStart"/>
      <w:r w:rsidRPr="00FF32C5">
        <w:rPr>
          <w:rFonts w:ascii="Clinica Pro" w:hAnsi="Clinica Pro"/>
          <w:lang w:val="ru-RU"/>
        </w:rPr>
        <w:t>рефереру</w:t>
      </w:r>
      <w:proofErr w:type="spellEnd"/>
      <w:r w:rsidRPr="00FF32C5">
        <w:rPr>
          <w:rFonts w:ascii="Clinica Pro" w:hAnsi="Clinica Pro"/>
          <w:lang w:val="ru-RU"/>
        </w:rPr>
        <w:t xml:space="preserve"> не выплачивается.</w:t>
      </w:r>
    </w:p>
    <w:p w14:paraId="4B05F8E4" w14:textId="77777777" w:rsidR="008E72C3" w:rsidRPr="00FF32C5" w:rsidRDefault="00000000" w:rsidP="00FF32C5">
      <w:pPr>
        <w:pStyle w:val="21"/>
        <w:jc w:val="both"/>
        <w:rPr>
          <w:rFonts w:ascii="Clinica Pro" w:hAnsi="Clinica Pro"/>
          <w:lang w:val="ru-RU"/>
        </w:rPr>
      </w:pPr>
      <w:r w:rsidRPr="00FF32C5">
        <w:rPr>
          <w:rFonts w:ascii="Clinica Pro" w:eastAsia="Times New Roman" w:hAnsi="Clinica Pro"/>
          <w:sz w:val="23"/>
          <w:lang w:val="ru-RU"/>
        </w:rPr>
        <w:lastRenderedPageBreak/>
        <w:t>4.2. Профессиональный участник программы</w:t>
      </w:r>
    </w:p>
    <w:p w14:paraId="3F2A0D31" w14:textId="77777777" w:rsidR="008E72C3" w:rsidRPr="00FF32C5" w:rsidRDefault="00000000" w:rsidP="00FF32C5">
      <w:pPr>
        <w:jc w:val="both"/>
        <w:rPr>
          <w:rFonts w:ascii="Clinica Pro" w:hAnsi="Clinica Pro"/>
          <w:lang w:val="ru-RU"/>
        </w:rPr>
      </w:pPr>
      <w:r w:rsidRPr="00FF32C5">
        <w:rPr>
          <w:rFonts w:ascii="Clinica Pro" w:hAnsi="Clinica Pro"/>
          <w:lang w:val="ru-RU"/>
        </w:rPr>
        <w:t>Профессиональный участник программы — самозанятый гражданин, индивидуальный предприниматель или юридическое лицо, присоединившееся к настоящей оферте и подтвердившее свой налоговый статус.</w:t>
      </w:r>
    </w:p>
    <w:p w14:paraId="4B48F188" w14:textId="77777777" w:rsidR="008E72C3" w:rsidRPr="00FF32C5" w:rsidRDefault="00000000" w:rsidP="00FF32C5">
      <w:pPr>
        <w:jc w:val="both"/>
        <w:rPr>
          <w:rFonts w:ascii="Clinica Pro" w:hAnsi="Clinica Pro"/>
          <w:lang w:val="ru-RU"/>
        </w:rPr>
      </w:pPr>
      <w:r w:rsidRPr="00FF32C5">
        <w:rPr>
          <w:rFonts w:ascii="Clinica Pro" w:hAnsi="Clinica Pro"/>
          <w:lang w:val="ru-RU"/>
        </w:rPr>
        <w:t>Профессиональный участник программы может получать денежное реферальное вознаграждение при выполнении условий настоящей оферты.</w:t>
      </w:r>
    </w:p>
    <w:p w14:paraId="4866DB5A" w14:textId="77777777" w:rsidR="008E72C3" w:rsidRPr="00FF32C5" w:rsidRDefault="00000000" w:rsidP="00FF32C5">
      <w:pPr>
        <w:jc w:val="both"/>
        <w:rPr>
          <w:rFonts w:ascii="Clinica Pro" w:hAnsi="Clinica Pro"/>
          <w:lang w:val="ru-RU"/>
        </w:rPr>
      </w:pPr>
      <w:r w:rsidRPr="00FF32C5">
        <w:rPr>
          <w:rFonts w:ascii="Clinica Pro" w:hAnsi="Clinica Pro"/>
          <w:lang w:val="ru-RU"/>
        </w:rPr>
        <w:t>Для получения денежного вознаграждения Профессиональный участник программы обязан предоставить Организатору необходимые данные для идентификации, выплаты и оформления бухгалтерских документов.</w:t>
      </w:r>
    </w:p>
    <w:p w14:paraId="2CF9E995" w14:textId="77777777" w:rsidR="008E72C3" w:rsidRPr="00FF32C5" w:rsidRDefault="00000000" w:rsidP="00FF32C5">
      <w:pPr>
        <w:pStyle w:val="21"/>
        <w:jc w:val="both"/>
        <w:rPr>
          <w:rFonts w:ascii="Clinica Pro" w:hAnsi="Clinica Pro"/>
          <w:lang w:val="ru-RU"/>
        </w:rPr>
      </w:pPr>
      <w:r w:rsidRPr="00FF32C5">
        <w:rPr>
          <w:rFonts w:ascii="Clinica Pro" w:eastAsia="Times New Roman" w:hAnsi="Clinica Pro"/>
          <w:sz w:val="23"/>
          <w:lang w:val="ru-RU"/>
        </w:rPr>
        <w:t>4.3. Ограничение для работников и представителей партнёрских организаций</w:t>
      </w:r>
    </w:p>
    <w:p w14:paraId="0A82C376" w14:textId="77777777" w:rsidR="008E72C3" w:rsidRPr="00FF32C5" w:rsidRDefault="00000000" w:rsidP="00FF32C5">
      <w:pPr>
        <w:jc w:val="both"/>
        <w:rPr>
          <w:rFonts w:ascii="Clinica Pro" w:hAnsi="Clinica Pro"/>
          <w:lang w:val="ru-RU"/>
        </w:rPr>
      </w:pPr>
      <w:r w:rsidRPr="00FF32C5">
        <w:rPr>
          <w:rFonts w:ascii="Clinica Pro" w:hAnsi="Clinica Pro"/>
          <w:lang w:val="ru-RU"/>
        </w:rPr>
        <w:t xml:space="preserve">Работники, представители, подрядчики, агенты и иные лица, связанные трудовыми, гражданско-правовыми, служебными или иными отношениями с арендодателями, торговыми центрами, гостиницами, отелями, санаторно-курортными комплексами и иными партнёрскими организациями, не вправе получать денежное реферальное вознаграждение от </w:t>
      </w:r>
      <w:r w:rsidRPr="00FF32C5">
        <w:rPr>
          <w:rFonts w:ascii="Clinica Pro" w:hAnsi="Clinica Pro"/>
        </w:rPr>
        <w:t>GLAME</w:t>
      </w:r>
      <w:r w:rsidRPr="00FF32C5">
        <w:rPr>
          <w:rFonts w:ascii="Clinica Pro" w:hAnsi="Clinica Pro"/>
          <w:lang w:val="ru-RU"/>
        </w:rPr>
        <w:t xml:space="preserve"> за рекомендации, связанные с клиентами, гостями, посетителями или покупателями соответствующей организации, если такая возможность прямо не согласована с их работодателем, заказчиком или соответствующей организацией в письменной форме.</w:t>
      </w:r>
    </w:p>
    <w:p w14:paraId="55914089" w14:textId="77777777" w:rsidR="008E72C3" w:rsidRPr="00FF32C5" w:rsidRDefault="00000000" w:rsidP="00FF32C5">
      <w:pPr>
        <w:jc w:val="both"/>
        <w:rPr>
          <w:rFonts w:ascii="Clinica Pro" w:hAnsi="Clinica Pro"/>
          <w:lang w:val="ru-RU"/>
        </w:rPr>
      </w:pPr>
      <w:r w:rsidRPr="00FF32C5">
        <w:rPr>
          <w:rFonts w:ascii="Clinica Pro" w:hAnsi="Clinica Pro"/>
          <w:lang w:val="ru-RU"/>
        </w:rPr>
        <w:t>Такие лица могут участвовать в программе как Клиенты-</w:t>
      </w:r>
      <w:proofErr w:type="spellStart"/>
      <w:r w:rsidRPr="00FF32C5">
        <w:rPr>
          <w:rFonts w:ascii="Clinica Pro" w:hAnsi="Clinica Pro"/>
          <w:lang w:val="ru-RU"/>
        </w:rPr>
        <w:t>рефереры</w:t>
      </w:r>
      <w:proofErr w:type="spellEnd"/>
      <w:r w:rsidRPr="00FF32C5">
        <w:rPr>
          <w:rFonts w:ascii="Clinica Pro" w:hAnsi="Clinica Pro"/>
          <w:lang w:val="ru-RU"/>
        </w:rPr>
        <w:t xml:space="preserve"> с начислением бонусов </w:t>
      </w:r>
      <w:r w:rsidRPr="00FF32C5">
        <w:rPr>
          <w:rFonts w:ascii="Clinica Pro" w:hAnsi="Clinica Pro"/>
        </w:rPr>
        <w:t>GLAME</w:t>
      </w:r>
      <w:r w:rsidRPr="00FF32C5">
        <w:rPr>
          <w:rFonts w:ascii="Clinica Pro" w:hAnsi="Clinica Pro"/>
          <w:lang w:val="ru-RU"/>
        </w:rPr>
        <w:t xml:space="preserve"> на общих условиях программы лояльности, если такое участие не нарушает их трудовой договор, гражданско-правовой договор, должностные обязанности, внутренние правила работодателя или заказчика, антикоррупционные требования и применимое законодательство.</w:t>
      </w:r>
    </w:p>
    <w:p w14:paraId="4065AA3A" w14:textId="77777777" w:rsidR="008E72C3" w:rsidRPr="00FF32C5" w:rsidRDefault="00000000" w:rsidP="00FF32C5">
      <w:pPr>
        <w:pStyle w:val="1"/>
        <w:jc w:val="both"/>
        <w:rPr>
          <w:rFonts w:ascii="Clinica Pro" w:hAnsi="Clinica Pro"/>
          <w:lang w:val="ru-RU"/>
        </w:rPr>
      </w:pPr>
      <w:r w:rsidRPr="00FF32C5">
        <w:rPr>
          <w:rFonts w:ascii="Clinica Pro" w:eastAsia="Times New Roman" w:hAnsi="Clinica Pro"/>
          <w:sz w:val="24"/>
          <w:lang w:val="ru-RU"/>
        </w:rPr>
        <w:t>5. Условия для Рекомендованного клиента</w:t>
      </w:r>
    </w:p>
    <w:p w14:paraId="17404079" w14:textId="77777777" w:rsidR="008E72C3" w:rsidRPr="00FF32C5" w:rsidRDefault="00000000" w:rsidP="00FF32C5">
      <w:pPr>
        <w:jc w:val="both"/>
        <w:rPr>
          <w:rFonts w:ascii="Clinica Pro" w:hAnsi="Clinica Pro"/>
          <w:lang w:val="ru-RU"/>
        </w:rPr>
      </w:pPr>
      <w:r w:rsidRPr="00FF32C5">
        <w:rPr>
          <w:rFonts w:ascii="Clinica Pro" w:hAnsi="Clinica Pro"/>
          <w:lang w:val="ru-RU"/>
        </w:rPr>
        <w:t xml:space="preserve">Рекомендованный клиент, пришедший по персональному реферальному коду Участника, может получить приветственный бонус </w:t>
      </w:r>
      <w:r w:rsidRPr="00FF32C5">
        <w:rPr>
          <w:rFonts w:ascii="Clinica Pro" w:hAnsi="Clinica Pro"/>
        </w:rPr>
        <w:t>GLAME</w:t>
      </w:r>
      <w:r w:rsidRPr="00FF32C5">
        <w:rPr>
          <w:rFonts w:ascii="Clinica Pro" w:hAnsi="Clinica Pro"/>
          <w:lang w:val="ru-RU"/>
        </w:rPr>
        <w:t>:</w:t>
      </w:r>
    </w:p>
    <w:p w14:paraId="16F62DCA" w14:textId="77777777" w:rsidR="008E72C3" w:rsidRPr="00FF32C5" w:rsidRDefault="00000000" w:rsidP="00FF32C5">
      <w:pPr>
        <w:jc w:val="both"/>
        <w:rPr>
          <w:rFonts w:ascii="Clinica Pro" w:hAnsi="Clinica Pro"/>
          <w:lang w:val="ru-RU"/>
        </w:rPr>
      </w:pPr>
      <w:r w:rsidRPr="00FF32C5">
        <w:rPr>
          <w:rFonts w:ascii="Clinica Pro" w:hAnsi="Clinica Pro"/>
          <w:lang w:val="ru-RU"/>
        </w:rPr>
        <w:t>1 000 бонусов на первую покупку.</w:t>
      </w:r>
    </w:p>
    <w:p w14:paraId="7D474AF6" w14:textId="77777777" w:rsidR="008E72C3" w:rsidRPr="00FF32C5" w:rsidRDefault="00000000" w:rsidP="00FF32C5">
      <w:pPr>
        <w:jc w:val="both"/>
        <w:rPr>
          <w:rFonts w:ascii="Clinica Pro" w:hAnsi="Clinica Pro"/>
          <w:lang w:val="ru-RU"/>
        </w:rPr>
      </w:pPr>
      <w:r w:rsidRPr="00FF32C5">
        <w:rPr>
          <w:rFonts w:ascii="Clinica Pro" w:hAnsi="Clinica Pro"/>
          <w:lang w:val="ru-RU"/>
        </w:rPr>
        <w:t>Условия применения приветственного бонуса:</w:t>
      </w:r>
    </w:p>
    <w:p w14:paraId="3313C27E" w14:textId="77777777" w:rsidR="008E72C3" w:rsidRPr="00FF32C5" w:rsidRDefault="00000000" w:rsidP="00FF32C5">
      <w:pPr>
        <w:ind w:left="227"/>
        <w:jc w:val="both"/>
        <w:rPr>
          <w:rFonts w:ascii="Clinica Pro" w:hAnsi="Clinica Pro"/>
          <w:lang w:val="ru-RU"/>
        </w:rPr>
      </w:pPr>
      <w:r w:rsidRPr="00FF32C5">
        <w:rPr>
          <w:rFonts w:ascii="Clinica Pro" w:eastAsia="Arial" w:hAnsi="Clinica Pro"/>
          <w:sz w:val="20"/>
          <w:lang w:val="ru-RU"/>
        </w:rPr>
        <w:t>1. бонусами можно оплатить не более 30% суммы покупки;</w:t>
      </w:r>
    </w:p>
    <w:p w14:paraId="181930AC" w14:textId="77777777" w:rsidR="008E72C3" w:rsidRPr="00FF32C5" w:rsidRDefault="00000000" w:rsidP="00FF32C5">
      <w:pPr>
        <w:ind w:left="227"/>
        <w:jc w:val="both"/>
        <w:rPr>
          <w:rFonts w:ascii="Clinica Pro" w:hAnsi="Clinica Pro"/>
          <w:lang w:val="ru-RU"/>
        </w:rPr>
      </w:pPr>
      <w:r w:rsidRPr="00FF32C5">
        <w:rPr>
          <w:rFonts w:ascii="Clinica Pro" w:eastAsia="Arial" w:hAnsi="Clinica Pro"/>
          <w:sz w:val="20"/>
          <w:lang w:val="ru-RU"/>
        </w:rPr>
        <w:t xml:space="preserve">2. бонус не применяется к товарам </w:t>
      </w:r>
      <w:r w:rsidRPr="00FF32C5">
        <w:rPr>
          <w:rFonts w:ascii="Clinica Pro" w:eastAsia="Arial" w:hAnsi="Clinica Pro"/>
          <w:sz w:val="20"/>
        </w:rPr>
        <w:t>SALE</w:t>
      </w:r>
      <w:r w:rsidRPr="00FF32C5">
        <w:rPr>
          <w:rFonts w:ascii="Clinica Pro" w:eastAsia="Arial" w:hAnsi="Clinica Pro"/>
          <w:sz w:val="20"/>
          <w:lang w:val="ru-RU"/>
        </w:rPr>
        <w:t>, если иное не указано в условиях конкретной акции;</w:t>
      </w:r>
    </w:p>
    <w:p w14:paraId="196CE23F" w14:textId="77777777" w:rsidR="008E72C3" w:rsidRPr="00FF32C5" w:rsidRDefault="00000000" w:rsidP="00FF32C5">
      <w:pPr>
        <w:ind w:left="227"/>
        <w:jc w:val="both"/>
        <w:rPr>
          <w:rFonts w:ascii="Clinica Pro" w:hAnsi="Clinica Pro"/>
          <w:lang w:val="ru-RU"/>
        </w:rPr>
      </w:pPr>
      <w:r w:rsidRPr="00FF32C5">
        <w:rPr>
          <w:rFonts w:ascii="Clinica Pro" w:eastAsia="Arial" w:hAnsi="Clinica Pro"/>
          <w:sz w:val="20"/>
          <w:lang w:val="ru-RU"/>
        </w:rPr>
        <w:t>3. бонус не применяется к покупке подарочных сертификатов;</w:t>
      </w:r>
    </w:p>
    <w:p w14:paraId="0130415D" w14:textId="77777777" w:rsidR="008E72C3" w:rsidRPr="00FF32C5" w:rsidRDefault="00000000" w:rsidP="00FF32C5">
      <w:pPr>
        <w:ind w:left="227"/>
        <w:jc w:val="both"/>
        <w:rPr>
          <w:rFonts w:ascii="Clinica Pro" w:hAnsi="Clinica Pro"/>
          <w:lang w:val="ru-RU"/>
        </w:rPr>
      </w:pPr>
      <w:r w:rsidRPr="00FF32C5">
        <w:rPr>
          <w:rFonts w:ascii="Clinica Pro" w:eastAsia="Arial" w:hAnsi="Clinica Pro"/>
          <w:sz w:val="20"/>
          <w:lang w:val="ru-RU"/>
        </w:rPr>
        <w:t xml:space="preserve">4. бонус не суммируется с акциями, скидками, специальными предложениями и иными </w:t>
      </w:r>
      <w:proofErr w:type="spellStart"/>
      <w:r w:rsidRPr="00FF32C5">
        <w:rPr>
          <w:rFonts w:ascii="Clinica Pro" w:eastAsia="Arial" w:hAnsi="Clinica Pro"/>
          <w:sz w:val="20"/>
          <w:lang w:val="ru-RU"/>
        </w:rPr>
        <w:t>промоусловиями</w:t>
      </w:r>
      <w:proofErr w:type="spellEnd"/>
      <w:r w:rsidRPr="00FF32C5">
        <w:rPr>
          <w:rFonts w:ascii="Clinica Pro" w:eastAsia="Arial" w:hAnsi="Clinica Pro"/>
          <w:sz w:val="20"/>
          <w:lang w:val="ru-RU"/>
        </w:rPr>
        <w:t xml:space="preserve"> </w:t>
      </w:r>
      <w:r w:rsidRPr="00FF32C5">
        <w:rPr>
          <w:rFonts w:ascii="Clinica Pro" w:eastAsia="Arial" w:hAnsi="Clinica Pro"/>
          <w:sz w:val="20"/>
        </w:rPr>
        <w:t>GLAME</w:t>
      </w:r>
      <w:r w:rsidRPr="00FF32C5">
        <w:rPr>
          <w:rFonts w:ascii="Clinica Pro" w:eastAsia="Arial" w:hAnsi="Clinica Pro"/>
          <w:sz w:val="20"/>
          <w:lang w:val="ru-RU"/>
        </w:rPr>
        <w:t>, если иное прямо не указано в условиях конкретной акции;</w:t>
      </w:r>
    </w:p>
    <w:p w14:paraId="33484249" w14:textId="77777777" w:rsidR="008E72C3" w:rsidRPr="00FF32C5" w:rsidRDefault="00000000" w:rsidP="00FF32C5">
      <w:pPr>
        <w:ind w:left="227"/>
        <w:jc w:val="both"/>
        <w:rPr>
          <w:rFonts w:ascii="Clinica Pro" w:hAnsi="Clinica Pro"/>
          <w:lang w:val="ru-RU"/>
        </w:rPr>
      </w:pPr>
      <w:r w:rsidRPr="00FF32C5">
        <w:rPr>
          <w:rFonts w:ascii="Clinica Pro" w:eastAsia="Arial" w:hAnsi="Clinica Pro"/>
          <w:sz w:val="20"/>
          <w:lang w:val="ru-RU"/>
        </w:rPr>
        <w:t>5. бонус не обменивается на деньги;</w:t>
      </w:r>
    </w:p>
    <w:p w14:paraId="7623B885" w14:textId="77777777" w:rsidR="008E72C3" w:rsidRPr="00FF32C5" w:rsidRDefault="00000000" w:rsidP="00FF32C5">
      <w:pPr>
        <w:ind w:left="227"/>
        <w:jc w:val="both"/>
        <w:rPr>
          <w:rFonts w:ascii="Clinica Pro" w:hAnsi="Clinica Pro"/>
          <w:lang w:val="ru-RU"/>
        </w:rPr>
      </w:pPr>
      <w:r w:rsidRPr="00FF32C5">
        <w:rPr>
          <w:rFonts w:ascii="Clinica Pro" w:eastAsia="Arial" w:hAnsi="Clinica Pro"/>
          <w:sz w:val="20"/>
          <w:lang w:val="ru-RU"/>
        </w:rPr>
        <w:t xml:space="preserve">6. бонус применяется только при указании реферального кода до оформления покупки в офлайн-магазине, приложении, на сайте или ином онлайн-канале </w:t>
      </w:r>
      <w:r w:rsidRPr="00FF32C5">
        <w:rPr>
          <w:rFonts w:ascii="Clinica Pro" w:eastAsia="Arial" w:hAnsi="Clinica Pro"/>
          <w:sz w:val="20"/>
        </w:rPr>
        <w:t>GLAME</w:t>
      </w:r>
      <w:r w:rsidRPr="00FF32C5">
        <w:rPr>
          <w:rFonts w:ascii="Clinica Pro" w:eastAsia="Arial" w:hAnsi="Clinica Pro"/>
          <w:sz w:val="20"/>
          <w:lang w:val="ru-RU"/>
        </w:rPr>
        <w:t>;</w:t>
      </w:r>
    </w:p>
    <w:p w14:paraId="536AAF07" w14:textId="77777777" w:rsidR="008E72C3" w:rsidRPr="00FF32C5" w:rsidRDefault="00000000" w:rsidP="00FF32C5">
      <w:pPr>
        <w:ind w:left="227"/>
        <w:jc w:val="both"/>
        <w:rPr>
          <w:rFonts w:ascii="Clinica Pro" w:hAnsi="Clinica Pro"/>
          <w:lang w:val="ru-RU"/>
        </w:rPr>
      </w:pPr>
      <w:r w:rsidRPr="00FF32C5">
        <w:rPr>
          <w:rFonts w:ascii="Clinica Pro" w:eastAsia="Arial" w:hAnsi="Clinica Pro"/>
          <w:sz w:val="20"/>
          <w:lang w:val="ru-RU"/>
        </w:rPr>
        <w:t xml:space="preserve">7. бонус применяется только для нового клиента </w:t>
      </w:r>
      <w:r w:rsidRPr="00FF32C5">
        <w:rPr>
          <w:rFonts w:ascii="Clinica Pro" w:eastAsia="Arial" w:hAnsi="Clinica Pro"/>
          <w:sz w:val="20"/>
        </w:rPr>
        <w:t>GLAME</w:t>
      </w:r>
      <w:r w:rsidRPr="00FF32C5">
        <w:rPr>
          <w:rFonts w:ascii="Clinica Pro" w:eastAsia="Arial" w:hAnsi="Clinica Pro"/>
          <w:sz w:val="20"/>
          <w:lang w:val="ru-RU"/>
        </w:rPr>
        <w:t xml:space="preserve"> либо клиента, который не совершал покупок в </w:t>
      </w:r>
      <w:r w:rsidRPr="00FF32C5">
        <w:rPr>
          <w:rFonts w:ascii="Clinica Pro" w:eastAsia="Arial" w:hAnsi="Clinica Pro"/>
          <w:sz w:val="20"/>
        </w:rPr>
        <w:t>GLAME</w:t>
      </w:r>
      <w:r w:rsidRPr="00FF32C5">
        <w:rPr>
          <w:rFonts w:ascii="Clinica Pro" w:eastAsia="Arial" w:hAnsi="Clinica Pro"/>
          <w:sz w:val="20"/>
          <w:lang w:val="ru-RU"/>
        </w:rPr>
        <w:t xml:space="preserve"> в течение последних 12 месяцев;</w:t>
      </w:r>
    </w:p>
    <w:p w14:paraId="3EC98692" w14:textId="77777777" w:rsidR="008E72C3" w:rsidRPr="00FF32C5" w:rsidRDefault="00000000" w:rsidP="00FF32C5">
      <w:pPr>
        <w:ind w:left="227"/>
        <w:jc w:val="both"/>
        <w:rPr>
          <w:rFonts w:ascii="Clinica Pro" w:hAnsi="Clinica Pro"/>
          <w:lang w:val="ru-RU"/>
        </w:rPr>
      </w:pPr>
      <w:r w:rsidRPr="00FF32C5">
        <w:rPr>
          <w:rFonts w:ascii="Clinica Pro" w:eastAsia="Arial" w:hAnsi="Clinica Pro"/>
          <w:sz w:val="20"/>
          <w:lang w:val="ru-RU"/>
        </w:rPr>
        <w:t xml:space="preserve">8. бонусы </w:t>
      </w:r>
      <w:r w:rsidRPr="00FF32C5">
        <w:rPr>
          <w:rFonts w:ascii="Clinica Pro" w:eastAsia="Arial" w:hAnsi="Clinica Pro"/>
          <w:sz w:val="20"/>
        </w:rPr>
        <w:t>GLAME</w:t>
      </w:r>
      <w:r w:rsidRPr="00FF32C5">
        <w:rPr>
          <w:rFonts w:ascii="Clinica Pro" w:eastAsia="Arial" w:hAnsi="Clinica Pro"/>
          <w:sz w:val="20"/>
          <w:lang w:val="ru-RU"/>
        </w:rPr>
        <w:t>, подлежащие начислению в рамках реферальной программы, отображаются в бонусном балансе клиента на следующий календарный день после оплаты покупки при условии выполнения правил программы.</w:t>
      </w:r>
    </w:p>
    <w:p w14:paraId="543C5F83" w14:textId="77777777" w:rsidR="008E72C3" w:rsidRPr="00FF32C5" w:rsidRDefault="00000000" w:rsidP="00FF32C5">
      <w:pPr>
        <w:jc w:val="both"/>
        <w:rPr>
          <w:rFonts w:ascii="Clinica Pro" w:hAnsi="Clinica Pro"/>
          <w:lang w:val="ru-RU"/>
        </w:rPr>
      </w:pPr>
      <w:r w:rsidRPr="00FF32C5">
        <w:rPr>
          <w:rFonts w:ascii="Clinica Pro" w:hAnsi="Clinica Pro"/>
          <w:lang w:val="ru-RU"/>
        </w:rPr>
        <w:t>Организатор вправе отказать в применении бонуса, если клиент не соответствует условиям программы.</w:t>
      </w:r>
    </w:p>
    <w:p w14:paraId="2B290194" w14:textId="77777777" w:rsidR="008E72C3" w:rsidRPr="00FF32C5" w:rsidRDefault="00000000" w:rsidP="00FF32C5">
      <w:pPr>
        <w:pStyle w:val="1"/>
        <w:jc w:val="both"/>
        <w:rPr>
          <w:rFonts w:ascii="Clinica Pro" w:hAnsi="Clinica Pro"/>
          <w:lang w:val="ru-RU"/>
        </w:rPr>
      </w:pPr>
      <w:r w:rsidRPr="00FF32C5">
        <w:rPr>
          <w:rFonts w:ascii="Clinica Pro" w:eastAsia="Times New Roman" w:hAnsi="Clinica Pro"/>
          <w:sz w:val="24"/>
          <w:lang w:val="ru-RU"/>
        </w:rPr>
        <w:t>6. Размер реферального вознаграждения и реферальных бонусов</w:t>
      </w:r>
    </w:p>
    <w:p w14:paraId="5F2E4E33" w14:textId="77777777" w:rsidR="008E72C3" w:rsidRPr="00FF32C5" w:rsidRDefault="00000000" w:rsidP="00FF32C5">
      <w:pPr>
        <w:jc w:val="both"/>
        <w:rPr>
          <w:rFonts w:ascii="Clinica Pro" w:hAnsi="Clinica Pro"/>
          <w:lang w:val="ru-RU"/>
        </w:rPr>
      </w:pPr>
      <w:r w:rsidRPr="00FF32C5">
        <w:rPr>
          <w:rFonts w:ascii="Clinica Pro" w:hAnsi="Clinica Pro"/>
          <w:lang w:val="ru-RU"/>
        </w:rPr>
        <w:t xml:space="preserve">Реферальная программа </w:t>
      </w:r>
      <w:r w:rsidRPr="00FF32C5">
        <w:rPr>
          <w:rFonts w:ascii="Clinica Pro" w:hAnsi="Clinica Pro"/>
        </w:rPr>
        <w:t>GLAME</w:t>
      </w:r>
      <w:r w:rsidRPr="00FF32C5">
        <w:rPr>
          <w:rFonts w:ascii="Clinica Pro" w:hAnsi="Clinica Pro"/>
          <w:lang w:val="ru-RU"/>
        </w:rPr>
        <w:t xml:space="preserve"> соответствует программе лояльности </w:t>
      </w:r>
      <w:r w:rsidRPr="00FF32C5">
        <w:rPr>
          <w:rFonts w:ascii="Clinica Pro" w:hAnsi="Clinica Pro"/>
        </w:rPr>
        <w:t>GLAME</w:t>
      </w:r>
      <w:r w:rsidRPr="00FF32C5">
        <w:rPr>
          <w:rFonts w:ascii="Clinica Pro" w:hAnsi="Clinica Pro"/>
          <w:lang w:val="ru-RU"/>
        </w:rPr>
        <w:t xml:space="preserve"> «Клуб стильных» по процентам и порогам оборота.</w:t>
      </w:r>
    </w:p>
    <w:p w14:paraId="0E7AE6A7" w14:textId="77777777" w:rsidR="008E72C3" w:rsidRPr="00FF32C5" w:rsidRDefault="00000000" w:rsidP="00FF32C5">
      <w:pPr>
        <w:jc w:val="both"/>
        <w:rPr>
          <w:rFonts w:ascii="Clinica Pro" w:hAnsi="Clinica Pro"/>
        </w:rPr>
      </w:pPr>
      <w:r w:rsidRPr="00FF32C5">
        <w:rPr>
          <w:rFonts w:ascii="Clinica Pro" w:hAnsi="Clinica Pro"/>
          <w:lang w:val="ru-RU"/>
        </w:rPr>
        <w:lastRenderedPageBreak/>
        <w:t>Размер денежного реферального вознаграждения для Профессиональных участников программы и размер реферальных бонусов для Клиентов-</w:t>
      </w:r>
      <w:proofErr w:type="spellStart"/>
      <w:r w:rsidRPr="00FF32C5">
        <w:rPr>
          <w:rFonts w:ascii="Clinica Pro" w:hAnsi="Clinica Pro"/>
          <w:lang w:val="ru-RU"/>
        </w:rPr>
        <w:t>рефереров</w:t>
      </w:r>
      <w:proofErr w:type="spellEnd"/>
      <w:r w:rsidRPr="00FF32C5">
        <w:rPr>
          <w:rFonts w:ascii="Clinica Pro" w:hAnsi="Clinica Pro"/>
          <w:lang w:val="ru-RU"/>
        </w:rPr>
        <w:t xml:space="preserve"> определяется по реферальному уровню </w:t>
      </w:r>
      <w:proofErr w:type="spellStart"/>
      <w:r w:rsidRPr="00FF32C5">
        <w:rPr>
          <w:rFonts w:ascii="Clinica Pro" w:hAnsi="Clinica Pro"/>
        </w:rPr>
        <w:t>Участника</w:t>
      </w:r>
      <w:proofErr w:type="spellEnd"/>
      <w:r w:rsidRPr="00FF32C5">
        <w:rPr>
          <w:rFonts w:ascii="Clinica Pro" w:hAnsi="Clinica Pro"/>
        </w:rPr>
        <w:t>:</w:t>
      </w:r>
    </w:p>
    <w:tbl>
      <w:tblPr>
        <w:tblStyle w:val="aff0"/>
        <w:tblW w:w="0" w:type="auto"/>
        <w:jc w:val="center"/>
        <w:tblLook w:val="04A0" w:firstRow="1" w:lastRow="0" w:firstColumn="1" w:lastColumn="0" w:noHBand="0" w:noVBand="1"/>
      </w:tblPr>
      <w:tblGrid>
        <w:gridCol w:w="3340"/>
        <w:gridCol w:w="3340"/>
        <w:gridCol w:w="3339"/>
      </w:tblGrid>
      <w:tr w:rsidR="008E72C3" w:rsidRPr="00FF32C5" w14:paraId="3A1AC77A" w14:textId="77777777">
        <w:trPr>
          <w:jc w:val="center"/>
        </w:trPr>
        <w:tc>
          <w:tcPr>
            <w:tcW w:w="3343" w:type="dxa"/>
            <w:vAlign w:val="center"/>
          </w:tcPr>
          <w:p w14:paraId="1BEF4C44" w14:textId="77777777" w:rsidR="008E72C3" w:rsidRPr="00FF32C5" w:rsidRDefault="00000000" w:rsidP="00FF32C5">
            <w:pPr>
              <w:jc w:val="both"/>
              <w:rPr>
                <w:rFonts w:ascii="Clinica Pro" w:hAnsi="Clinica Pro"/>
              </w:rPr>
            </w:pPr>
            <w:r w:rsidRPr="00FF32C5">
              <w:rPr>
                <w:rFonts w:ascii="Clinica Pro" w:hAnsi="Clinica Pro"/>
                <w:b/>
                <w:sz w:val="20"/>
              </w:rPr>
              <w:t>Реферальный уровень</w:t>
            </w:r>
          </w:p>
        </w:tc>
        <w:tc>
          <w:tcPr>
            <w:tcW w:w="3343" w:type="dxa"/>
            <w:vAlign w:val="center"/>
          </w:tcPr>
          <w:p w14:paraId="464D9E00" w14:textId="77777777" w:rsidR="008E72C3" w:rsidRPr="00FF32C5" w:rsidRDefault="00000000" w:rsidP="00FF32C5">
            <w:pPr>
              <w:jc w:val="both"/>
              <w:rPr>
                <w:rFonts w:ascii="Clinica Pro" w:hAnsi="Clinica Pro"/>
              </w:rPr>
            </w:pPr>
            <w:r w:rsidRPr="00FF32C5">
              <w:rPr>
                <w:rFonts w:ascii="Clinica Pro" w:hAnsi="Clinica Pro"/>
                <w:b/>
                <w:sz w:val="20"/>
              </w:rPr>
              <w:t>Годовой реферальный оборот</w:t>
            </w:r>
          </w:p>
        </w:tc>
        <w:tc>
          <w:tcPr>
            <w:tcW w:w="3343" w:type="dxa"/>
            <w:vAlign w:val="center"/>
          </w:tcPr>
          <w:p w14:paraId="2AB342EA" w14:textId="77777777" w:rsidR="008E72C3" w:rsidRPr="00FF32C5" w:rsidRDefault="00000000" w:rsidP="00FF32C5">
            <w:pPr>
              <w:jc w:val="both"/>
              <w:rPr>
                <w:rFonts w:ascii="Clinica Pro" w:hAnsi="Clinica Pro"/>
              </w:rPr>
            </w:pPr>
            <w:r w:rsidRPr="00FF32C5">
              <w:rPr>
                <w:rFonts w:ascii="Clinica Pro" w:hAnsi="Clinica Pro"/>
                <w:b/>
                <w:sz w:val="20"/>
              </w:rPr>
              <w:t>Процент</w:t>
            </w:r>
          </w:p>
        </w:tc>
      </w:tr>
      <w:tr w:rsidR="008E72C3" w:rsidRPr="00FF32C5" w14:paraId="1BB2AA37" w14:textId="77777777">
        <w:trPr>
          <w:jc w:val="center"/>
        </w:trPr>
        <w:tc>
          <w:tcPr>
            <w:tcW w:w="3343" w:type="dxa"/>
            <w:vAlign w:val="center"/>
          </w:tcPr>
          <w:p w14:paraId="30635D33" w14:textId="77777777" w:rsidR="008E72C3" w:rsidRPr="00FF32C5" w:rsidRDefault="00000000" w:rsidP="00FF32C5">
            <w:pPr>
              <w:jc w:val="both"/>
              <w:rPr>
                <w:rFonts w:ascii="Clinica Pro" w:hAnsi="Clinica Pro"/>
              </w:rPr>
            </w:pPr>
            <w:r w:rsidRPr="00FF32C5">
              <w:rPr>
                <w:rFonts w:ascii="Clinica Pro" w:hAnsi="Clinica Pro"/>
                <w:sz w:val="20"/>
              </w:rPr>
              <w:t>Stylish Start (Стильный старт)</w:t>
            </w:r>
          </w:p>
        </w:tc>
        <w:tc>
          <w:tcPr>
            <w:tcW w:w="3343" w:type="dxa"/>
            <w:vAlign w:val="center"/>
          </w:tcPr>
          <w:p w14:paraId="6EFB4B1C" w14:textId="77777777" w:rsidR="008E72C3" w:rsidRPr="00FF32C5" w:rsidRDefault="00000000" w:rsidP="00FF32C5">
            <w:pPr>
              <w:jc w:val="both"/>
              <w:rPr>
                <w:rFonts w:ascii="Clinica Pro" w:hAnsi="Clinica Pro"/>
              </w:rPr>
            </w:pPr>
            <w:r w:rsidRPr="00FF32C5">
              <w:rPr>
                <w:rFonts w:ascii="Clinica Pro" w:hAnsi="Clinica Pro"/>
                <w:sz w:val="20"/>
              </w:rPr>
              <w:t>до 50 000 рублей включительно</w:t>
            </w:r>
          </w:p>
        </w:tc>
        <w:tc>
          <w:tcPr>
            <w:tcW w:w="3343" w:type="dxa"/>
            <w:vAlign w:val="center"/>
          </w:tcPr>
          <w:p w14:paraId="397D6C5B" w14:textId="77777777" w:rsidR="008E72C3" w:rsidRPr="00FF32C5" w:rsidRDefault="00000000" w:rsidP="00FF32C5">
            <w:pPr>
              <w:jc w:val="both"/>
              <w:rPr>
                <w:rFonts w:ascii="Clinica Pro" w:hAnsi="Clinica Pro"/>
              </w:rPr>
            </w:pPr>
            <w:r w:rsidRPr="00FF32C5">
              <w:rPr>
                <w:rFonts w:ascii="Clinica Pro" w:hAnsi="Clinica Pro"/>
                <w:sz w:val="20"/>
              </w:rPr>
              <w:t>3%</w:t>
            </w:r>
          </w:p>
        </w:tc>
      </w:tr>
      <w:tr w:rsidR="008E72C3" w:rsidRPr="00FF32C5" w14:paraId="323CE826" w14:textId="77777777">
        <w:trPr>
          <w:jc w:val="center"/>
        </w:trPr>
        <w:tc>
          <w:tcPr>
            <w:tcW w:w="3343" w:type="dxa"/>
            <w:vAlign w:val="center"/>
          </w:tcPr>
          <w:p w14:paraId="3038BA93" w14:textId="77777777" w:rsidR="008E72C3" w:rsidRPr="00FF32C5" w:rsidRDefault="00000000" w:rsidP="00FF32C5">
            <w:pPr>
              <w:jc w:val="both"/>
              <w:rPr>
                <w:rFonts w:ascii="Clinica Pro" w:hAnsi="Clinica Pro"/>
              </w:rPr>
            </w:pPr>
            <w:r w:rsidRPr="00FF32C5">
              <w:rPr>
                <w:rFonts w:ascii="Clinica Pro" w:hAnsi="Clinica Pro"/>
                <w:sz w:val="20"/>
              </w:rPr>
              <w:t>Stylish Pro (Стильный профи)</w:t>
            </w:r>
          </w:p>
        </w:tc>
        <w:tc>
          <w:tcPr>
            <w:tcW w:w="3343" w:type="dxa"/>
            <w:vAlign w:val="center"/>
          </w:tcPr>
          <w:p w14:paraId="0B5A74E5" w14:textId="77777777" w:rsidR="008E72C3" w:rsidRPr="00FF32C5" w:rsidRDefault="00000000" w:rsidP="00FF32C5">
            <w:pPr>
              <w:jc w:val="both"/>
              <w:rPr>
                <w:rFonts w:ascii="Clinica Pro" w:hAnsi="Clinica Pro"/>
              </w:rPr>
            </w:pPr>
            <w:r w:rsidRPr="00FF32C5">
              <w:rPr>
                <w:rFonts w:ascii="Clinica Pro" w:hAnsi="Clinica Pro"/>
                <w:sz w:val="20"/>
              </w:rPr>
              <w:t>50 001 — 150 000 рублей включительно</w:t>
            </w:r>
          </w:p>
        </w:tc>
        <w:tc>
          <w:tcPr>
            <w:tcW w:w="3343" w:type="dxa"/>
            <w:vAlign w:val="center"/>
          </w:tcPr>
          <w:p w14:paraId="2843205A" w14:textId="77777777" w:rsidR="008E72C3" w:rsidRPr="00FF32C5" w:rsidRDefault="00000000" w:rsidP="00FF32C5">
            <w:pPr>
              <w:jc w:val="both"/>
              <w:rPr>
                <w:rFonts w:ascii="Clinica Pro" w:hAnsi="Clinica Pro"/>
              </w:rPr>
            </w:pPr>
            <w:r w:rsidRPr="00FF32C5">
              <w:rPr>
                <w:rFonts w:ascii="Clinica Pro" w:hAnsi="Clinica Pro"/>
                <w:sz w:val="20"/>
              </w:rPr>
              <w:t>5%</w:t>
            </w:r>
          </w:p>
        </w:tc>
      </w:tr>
      <w:tr w:rsidR="008E72C3" w:rsidRPr="00FF32C5" w14:paraId="20492CB3" w14:textId="77777777">
        <w:trPr>
          <w:jc w:val="center"/>
        </w:trPr>
        <w:tc>
          <w:tcPr>
            <w:tcW w:w="3343" w:type="dxa"/>
            <w:vAlign w:val="center"/>
          </w:tcPr>
          <w:p w14:paraId="65A2D045" w14:textId="77777777" w:rsidR="008E72C3" w:rsidRPr="00FF32C5" w:rsidRDefault="00000000" w:rsidP="00FF32C5">
            <w:pPr>
              <w:jc w:val="both"/>
              <w:rPr>
                <w:rFonts w:ascii="Clinica Pro" w:hAnsi="Clinica Pro"/>
              </w:rPr>
            </w:pPr>
            <w:r w:rsidRPr="00FF32C5">
              <w:rPr>
                <w:rFonts w:ascii="Clinica Pro" w:hAnsi="Clinica Pro"/>
                <w:sz w:val="20"/>
              </w:rPr>
              <w:t>Stylish Expert (Стильный эксперт)</w:t>
            </w:r>
          </w:p>
        </w:tc>
        <w:tc>
          <w:tcPr>
            <w:tcW w:w="3343" w:type="dxa"/>
            <w:vAlign w:val="center"/>
          </w:tcPr>
          <w:p w14:paraId="321CD86F" w14:textId="77777777" w:rsidR="008E72C3" w:rsidRPr="00FF32C5" w:rsidRDefault="00000000" w:rsidP="00FF32C5">
            <w:pPr>
              <w:jc w:val="both"/>
              <w:rPr>
                <w:rFonts w:ascii="Clinica Pro" w:hAnsi="Clinica Pro"/>
              </w:rPr>
            </w:pPr>
            <w:r w:rsidRPr="00FF32C5">
              <w:rPr>
                <w:rFonts w:ascii="Clinica Pro" w:hAnsi="Clinica Pro"/>
                <w:sz w:val="20"/>
              </w:rPr>
              <w:t>150 001 — 300 000 рублей включительно</w:t>
            </w:r>
          </w:p>
        </w:tc>
        <w:tc>
          <w:tcPr>
            <w:tcW w:w="3343" w:type="dxa"/>
            <w:vAlign w:val="center"/>
          </w:tcPr>
          <w:p w14:paraId="17A7ED59" w14:textId="77777777" w:rsidR="008E72C3" w:rsidRPr="00FF32C5" w:rsidRDefault="00000000" w:rsidP="00FF32C5">
            <w:pPr>
              <w:jc w:val="both"/>
              <w:rPr>
                <w:rFonts w:ascii="Clinica Pro" w:hAnsi="Clinica Pro"/>
              </w:rPr>
            </w:pPr>
            <w:r w:rsidRPr="00FF32C5">
              <w:rPr>
                <w:rFonts w:ascii="Clinica Pro" w:hAnsi="Clinica Pro"/>
                <w:sz w:val="20"/>
              </w:rPr>
              <w:t>7%</w:t>
            </w:r>
          </w:p>
        </w:tc>
      </w:tr>
      <w:tr w:rsidR="008E72C3" w:rsidRPr="00FF32C5" w14:paraId="7D5A0F66" w14:textId="77777777">
        <w:trPr>
          <w:jc w:val="center"/>
        </w:trPr>
        <w:tc>
          <w:tcPr>
            <w:tcW w:w="3343" w:type="dxa"/>
            <w:vAlign w:val="center"/>
          </w:tcPr>
          <w:p w14:paraId="32449FCD" w14:textId="77777777" w:rsidR="008E72C3" w:rsidRPr="00FF32C5" w:rsidRDefault="00000000" w:rsidP="00FF32C5">
            <w:pPr>
              <w:jc w:val="both"/>
              <w:rPr>
                <w:rFonts w:ascii="Clinica Pro" w:hAnsi="Clinica Pro"/>
              </w:rPr>
            </w:pPr>
            <w:r w:rsidRPr="00FF32C5">
              <w:rPr>
                <w:rFonts w:ascii="Clinica Pro" w:hAnsi="Clinica Pro"/>
                <w:sz w:val="20"/>
              </w:rPr>
              <w:t>Stylish Privé (Стильный привилегированный)</w:t>
            </w:r>
          </w:p>
        </w:tc>
        <w:tc>
          <w:tcPr>
            <w:tcW w:w="3343" w:type="dxa"/>
            <w:vAlign w:val="center"/>
          </w:tcPr>
          <w:p w14:paraId="0DB34DF9" w14:textId="77777777" w:rsidR="008E72C3" w:rsidRPr="00FF32C5" w:rsidRDefault="00000000" w:rsidP="00FF32C5">
            <w:pPr>
              <w:jc w:val="both"/>
              <w:rPr>
                <w:rFonts w:ascii="Clinica Pro" w:hAnsi="Clinica Pro"/>
              </w:rPr>
            </w:pPr>
            <w:r w:rsidRPr="00FF32C5">
              <w:rPr>
                <w:rFonts w:ascii="Clinica Pro" w:hAnsi="Clinica Pro"/>
                <w:sz w:val="20"/>
              </w:rPr>
              <w:t>от 300 001 рубля</w:t>
            </w:r>
          </w:p>
        </w:tc>
        <w:tc>
          <w:tcPr>
            <w:tcW w:w="3343" w:type="dxa"/>
            <w:vAlign w:val="center"/>
          </w:tcPr>
          <w:p w14:paraId="32C2FC69" w14:textId="77777777" w:rsidR="008E72C3" w:rsidRPr="00FF32C5" w:rsidRDefault="00000000" w:rsidP="00FF32C5">
            <w:pPr>
              <w:jc w:val="both"/>
              <w:rPr>
                <w:rFonts w:ascii="Clinica Pro" w:hAnsi="Clinica Pro"/>
              </w:rPr>
            </w:pPr>
            <w:r w:rsidRPr="00FF32C5">
              <w:rPr>
                <w:rFonts w:ascii="Clinica Pro" w:hAnsi="Clinica Pro"/>
                <w:sz w:val="20"/>
              </w:rPr>
              <w:t>10%</w:t>
            </w:r>
          </w:p>
        </w:tc>
      </w:tr>
    </w:tbl>
    <w:p w14:paraId="030DB24C" w14:textId="77777777" w:rsidR="008E72C3" w:rsidRPr="00FF32C5" w:rsidRDefault="008E72C3" w:rsidP="00FF32C5">
      <w:pPr>
        <w:jc w:val="both"/>
        <w:rPr>
          <w:rFonts w:ascii="Clinica Pro" w:hAnsi="Clinica Pro"/>
        </w:rPr>
      </w:pPr>
    </w:p>
    <w:p w14:paraId="3F7DB2D9" w14:textId="77777777" w:rsidR="008E72C3" w:rsidRPr="00FF32C5" w:rsidRDefault="00000000" w:rsidP="00FF32C5">
      <w:pPr>
        <w:jc w:val="both"/>
        <w:rPr>
          <w:rFonts w:ascii="Clinica Pro" w:hAnsi="Clinica Pro"/>
          <w:lang w:val="ru-RU"/>
        </w:rPr>
      </w:pPr>
      <w:r w:rsidRPr="00FF32C5">
        <w:rPr>
          <w:rFonts w:ascii="Clinica Pro" w:hAnsi="Clinica Pro"/>
          <w:lang w:val="ru-RU"/>
        </w:rPr>
        <w:t>Переход Участника на следующий реферальный уровень происходит после достижения соответствующего годового реферального оборота и применяется к последующим подтверждённым покупкам Рекомендованных клиентов. Новый уровень не применяется к покупке, в результате которой был достигнут соответствующий порог, если Организатором письменно не установлено иное.</w:t>
      </w:r>
    </w:p>
    <w:p w14:paraId="5443133D" w14:textId="77777777" w:rsidR="008E72C3" w:rsidRPr="00FF32C5" w:rsidRDefault="00000000" w:rsidP="00FF32C5">
      <w:pPr>
        <w:jc w:val="both"/>
        <w:rPr>
          <w:rFonts w:ascii="Clinica Pro" w:hAnsi="Clinica Pro"/>
          <w:lang w:val="ru-RU"/>
        </w:rPr>
      </w:pPr>
      <w:r w:rsidRPr="00FF32C5">
        <w:rPr>
          <w:rFonts w:ascii="Clinica Pro" w:eastAsia="Arial" w:hAnsi="Clinica Pro"/>
          <w:sz w:val="20"/>
          <w:lang w:val="ru-RU"/>
        </w:rPr>
        <w:t xml:space="preserve">Денежное реферальное вознаграждение доступно Профессиональному участнику программы на любом реферальном уровне, включая </w:t>
      </w:r>
      <w:r w:rsidRPr="00FF32C5">
        <w:rPr>
          <w:rFonts w:ascii="Clinica Pro" w:eastAsia="Arial" w:hAnsi="Clinica Pro"/>
          <w:sz w:val="20"/>
        </w:rPr>
        <w:t>Stylish</w:t>
      </w:r>
      <w:r w:rsidRPr="00FF32C5">
        <w:rPr>
          <w:rFonts w:ascii="Clinica Pro" w:eastAsia="Arial" w:hAnsi="Clinica Pro"/>
          <w:sz w:val="20"/>
          <w:lang w:val="ru-RU"/>
        </w:rPr>
        <w:t xml:space="preserve"> </w:t>
      </w:r>
      <w:r w:rsidRPr="00FF32C5">
        <w:rPr>
          <w:rFonts w:ascii="Clinica Pro" w:eastAsia="Arial" w:hAnsi="Clinica Pro"/>
          <w:sz w:val="20"/>
        </w:rPr>
        <w:t>Start</w:t>
      </w:r>
      <w:r w:rsidRPr="00FF32C5">
        <w:rPr>
          <w:rFonts w:ascii="Clinica Pro" w:eastAsia="Arial" w:hAnsi="Clinica Pro"/>
          <w:sz w:val="20"/>
          <w:lang w:val="ru-RU"/>
        </w:rPr>
        <w:t>, при условии подтверждения статуса самозанятого гражданина, индивидуального предпринимателя или юридического лица и выполнения иных условий настоящей оферты. Клиентам-</w:t>
      </w:r>
      <w:proofErr w:type="spellStart"/>
      <w:r w:rsidRPr="00FF32C5">
        <w:rPr>
          <w:rFonts w:ascii="Clinica Pro" w:eastAsia="Arial" w:hAnsi="Clinica Pro"/>
          <w:sz w:val="20"/>
          <w:lang w:val="ru-RU"/>
        </w:rPr>
        <w:t>реферерам</w:t>
      </w:r>
      <w:proofErr w:type="spellEnd"/>
      <w:r w:rsidRPr="00FF32C5">
        <w:rPr>
          <w:rFonts w:ascii="Clinica Pro" w:eastAsia="Arial" w:hAnsi="Clinica Pro"/>
          <w:sz w:val="20"/>
          <w:lang w:val="ru-RU"/>
        </w:rPr>
        <w:t xml:space="preserve"> денежное вознаграждение не выплачивается, им могут начисляться только бонусы </w:t>
      </w:r>
      <w:r w:rsidRPr="00FF32C5">
        <w:rPr>
          <w:rFonts w:ascii="Clinica Pro" w:eastAsia="Arial" w:hAnsi="Clinica Pro"/>
          <w:sz w:val="20"/>
        </w:rPr>
        <w:t>GLAME</w:t>
      </w:r>
      <w:r w:rsidRPr="00FF32C5">
        <w:rPr>
          <w:rFonts w:ascii="Clinica Pro" w:eastAsia="Arial" w:hAnsi="Clinica Pro"/>
          <w:sz w:val="20"/>
          <w:lang w:val="ru-RU"/>
        </w:rPr>
        <w:t xml:space="preserve"> по правилам настоящей оферты и программы лояльности </w:t>
      </w:r>
      <w:r w:rsidRPr="00FF32C5">
        <w:rPr>
          <w:rFonts w:ascii="Clinica Pro" w:eastAsia="Arial" w:hAnsi="Clinica Pro"/>
          <w:sz w:val="20"/>
        </w:rPr>
        <w:t>GLAME</w:t>
      </w:r>
      <w:r w:rsidRPr="00FF32C5">
        <w:rPr>
          <w:rFonts w:ascii="Clinica Pro" w:eastAsia="Arial" w:hAnsi="Clinica Pro"/>
          <w:sz w:val="20"/>
          <w:lang w:val="ru-RU"/>
        </w:rPr>
        <w:t>.</w:t>
      </w:r>
    </w:p>
    <w:p w14:paraId="2C45E4ED" w14:textId="77777777" w:rsidR="008E72C3" w:rsidRPr="00FF32C5" w:rsidRDefault="00000000" w:rsidP="00FF32C5">
      <w:pPr>
        <w:jc w:val="both"/>
        <w:rPr>
          <w:rFonts w:ascii="Clinica Pro" w:hAnsi="Clinica Pro"/>
          <w:lang w:val="ru-RU"/>
        </w:rPr>
      </w:pPr>
      <w:r w:rsidRPr="00FF32C5">
        <w:rPr>
          <w:rFonts w:ascii="Clinica Pro" w:hAnsi="Clinica Pro"/>
          <w:lang w:val="ru-RU"/>
        </w:rPr>
        <w:t xml:space="preserve">База для расчёта реферального вознаграждения или реферальных бонусов определяется как сумма покупки Рекомендованного клиента, фактически оплаченная денежными средствами, без учёта бонусов, подарочных сертификатов, доставки, товаров </w:t>
      </w:r>
      <w:r w:rsidRPr="00FF32C5">
        <w:rPr>
          <w:rFonts w:ascii="Clinica Pro" w:hAnsi="Clinica Pro"/>
        </w:rPr>
        <w:t>SALE</w:t>
      </w:r>
      <w:r w:rsidRPr="00FF32C5">
        <w:rPr>
          <w:rFonts w:ascii="Clinica Pro" w:hAnsi="Clinica Pro"/>
          <w:lang w:val="ru-RU"/>
        </w:rPr>
        <w:t>, возвращённых товаров и отменённых покупок.</w:t>
      </w:r>
    </w:p>
    <w:p w14:paraId="106C22CE" w14:textId="77777777" w:rsidR="008E72C3" w:rsidRPr="00FF32C5" w:rsidRDefault="00000000" w:rsidP="00FF32C5">
      <w:pPr>
        <w:jc w:val="both"/>
        <w:rPr>
          <w:rFonts w:ascii="Clinica Pro" w:hAnsi="Clinica Pro"/>
          <w:lang w:val="ru-RU"/>
        </w:rPr>
      </w:pPr>
      <w:r w:rsidRPr="00FF32C5">
        <w:rPr>
          <w:rFonts w:ascii="Clinica Pro" w:hAnsi="Clinica Pro"/>
          <w:lang w:val="ru-RU"/>
        </w:rPr>
        <w:t>В расчёт реферального вознаграждения и реферальных бонусов не включаются:</w:t>
      </w:r>
    </w:p>
    <w:p w14:paraId="1F7FEFFC" w14:textId="77777777" w:rsidR="008E72C3" w:rsidRPr="00FF32C5" w:rsidRDefault="00000000" w:rsidP="00FF32C5">
      <w:pPr>
        <w:ind w:left="227"/>
        <w:jc w:val="both"/>
        <w:rPr>
          <w:rFonts w:ascii="Clinica Pro" w:hAnsi="Clinica Pro"/>
          <w:lang w:val="ru-RU"/>
        </w:rPr>
      </w:pPr>
      <w:r w:rsidRPr="00FF32C5">
        <w:rPr>
          <w:rFonts w:ascii="Clinica Pro" w:hAnsi="Clinica Pro"/>
          <w:lang w:val="ru-RU"/>
        </w:rPr>
        <w:t>1. сумма, оплаченная бонусами;</w:t>
      </w:r>
    </w:p>
    <w:p w14:paraId="0A266467" w14:textId="77777777" w:rsidR="008E72C3" w:rsidRPr="00FF32C5" w:rsidRDefault="00000000" w:rsidP="00FF32C5">
      <w:pPr>
        <w:ind w:left="227"/>
        <w:jc w:val="both"/>
        <w:rPr>
          <w:rFonts w:ascii="Clinica Pro" w:hAnsi="Clinica Pro"/>
          <w:lang w:val="ru-RU"/>
        </w:rPr>
      </w:pPr>
      <w:r w:rsidRPr="00FF32C5">
        <w:rPr>
          <w:rFonts w:ascii="Clinica Pro" w:hAnsi="Clinica Pro"/>
          <w:lang w:val="ru-RU"/>
        </w:rPr>
        <w:t>2. сумма, оплаченная подарочным сертификатом;</w:t>
      </w:r>
    </w:p>
    <w:p w14:paraId="7DE66C53" w14:textId="77777777" w:rsidR="008E72C3" w:rsidRPr="00FF32C5" w:rsidRDefault="00000000" w:rsidP="00FF32C5">
      <w:pPr>
        <w:ind w:left="227"/>
        <w:jc w:val="both"/>
        <w:rPr>
          <w:rFonts w:ascii="Clinica Pro" w:hAnsi="Clinica Pro"/>
          <w:lang w:val="ru-RU"/>
        </w:rPr>
      </w:pPr>
      <w:r w:rsidRPr="00FF32C5">
        <w:rPr>
          <w:rFonts w:ascii="Clinica Pro" w:hAnsi="Clinica Pro"/>
          <w:lang w:val="ru-RU"/>
        </w:rPr>
        <w:t>3. стоимость доставки;</w:t>
      </w:r>
    </w:p>
    <w:p w14:paraId="0BD6B31A" w14:textId="77777777" w:rsidR="008E72C3" w:rsidRPr="00FF32C5" w:rsidRDefault="00000000" w:rsidP="00FF32C5">
      <w:pPr>
        <w:ind w:left="227"/>
        <w:jc w:val="both"/>
        <w:rPr>
          <w:rFonts w:ascii="Clinica Pro" w:hAnsi="Clinica Pro"/>
          <w:lang w:val="ru-RU"/>
        </w:rPr>
      </w:pPr>
      <w:r w:rsidRPr="00FF32C5">
        <w:rPr>
          <w:rFonts w:ascii="Clinica Pro" w:hAnsi="Clinica Pro"/>
          <w:lang w:val="ru-RU"/>
        </w:rPr>
        <w:t xml:space="preserve">4. товары </w:t>
      </w:r>
      <w:r w:rsidRPr="00FF32C5">
        <w:rPr>
          <w:rFonts w:ascii="Clinica Pro" w:hAnsi="Clinica Pro"/>
        </w:rPr>
        <w:t>SALE</w:t>
      </w:r>
      <w:r w:rsidRPr="00FF32C5">
        <w:rPr>
          <w:rFonts w:ascii="Clinica Pro" w:hAnsi="Clinica Pro"/>
          <w:lang w:val="ru-RU"/>
        </w:rPr>
        <w:t>;</w:t>
      </w:r>
    </w:p>
    <w:p w14:paraId="46A1A52A" w14:textId="77777777" w:rsidR="008E72C3" w:rsidRPr="00FF32C5" w:rsidRDefault="00000000" w:rsidP="00FF32C5">
      <w:pPr>
        <w:ind w:left="227"/>
        <w:jc w:val="both"/>
        <w:rPr>
          <w:rFonts w:ascii="Clinica Pro" w:hAnsi="Clinica Pro"/>
          <w:lang w:val="ru-RU"/>
        </w:rPr>
      </w:pPr>
      <w:r w:rsidRPr="00FF32C5">
        <w:rPr>
          <w:rFonts w:ascii="Clinica Pro" w:hAnsi="Clinica Pro"/>
          <w:lang w:val="ru-RU"/>
        </w:rPr>
        <w:t>5. подарочные сертификаты;</w:t>
      </w:r>
    </w:p>
    <w:p w14:paraId="424A295B" w14:textId="77777777" w:rsidR="008E72C3" w:rsidRPr="00FF32C5" w:rsidRDefault="00000000" w:rsidP="00FF32C5">
      <w:pPr>
        <w:ind w:left="227"/>
        <w:jc w:val="both"/>
        <w:rPr>
          <w:rFonts w:ascii="Clinica Pro" w:hAnsi="Clinica Pro"/>
          <w:lang w:val="ru-RU"/>
        </w:rPr>
      </w:pPr>
      <w:r w:rsidRPr="00FF32C5">
        <w:rPr>
          <w:rFonts w:ascii="Clinica Pro" w:hAnsi="Clinica Pro"/>
          <w:lang w:val="ru-RU"/>
        </w:rPr>
        <w:t>6. сопутствующие материалы и подарочная упаковка, если Организатором не установлено иное;</w:t>
      </w:r>
    </w:p>
    <w:p w14:paraId="32214D85" w14:textId="77777777" w:rsidR="008E72C3" w:rsidRPr="00FF32C5" w:rsidRDefault="00000000" w:rsidP="00FF32C5">
      <w:pPr>
        <w:ind w:left="227"/>
        <w:jc w:val="both"/>
        <w:rPr>
          <w:rFonts w:ascii="Clinica Pro" w:hAnsi="Clinica Pro"/>
          <w:lang w:val="ru-RU"/>
        </w:rPr>
      </w:pPr>
      <w:r w:rsidRPr="00FF32C5">
        <w:rPr>
          <w:rFonts w:ascii="Clinica Pro" w:hAnsi="Clinica Pro"/>
          <w:lang w:val="ru-RU"/>
        </w:rPr>
        <w:t>7. возвращённые товары;</w:t>
      </w:r>
    </w:p>
    <w:p w14:paraId="42A7A967" w14:textId="77777777" w:rsidR="008E72C3" w:rsidRPr="00FF32C5" w:rsidRDefault="00000000" w:rsidP="00FF32C5">
      <w:pPr>
        <w:ind w:left="227"/>
        <w:jc w:val="both"/>
        <w:rPr>
          <w:rFonts w:ascii="Clinica Pro" w:hAnsi="Clinica Pro"/>
          <w:lang w:val="ru-RU"/>
        </w:rPr>
      </w:pPr>
      <w:r w:rsidRPr="00FF32C5">
        <w:rPr>
          <w:rFonts w:ascii="Clinica Pro" w:hAnsi="Clinica Pro"/>
          <w:lang w:val="ru-RU"/>
        </w:rPr>
        <w:t>8. отменённые покупки;</w:t>
      </w:r>
    </w:p>
    <w:p w14:paraId="351AB633" w14:textId="77777777" w:rsidR="008E72C3" w:rsidRPr="00FF32C5" w:rsidRDefault="00000000" w:rsidP="00FF32C5">
      <w:pPr>
        <w:ind w:left="227"/>
        <w:jc w:val="both"/>
        <w:rPr>
          <w:rFonts w:ascii="Clinica Pro" w:hAnsi="Clinica Pro"/>
          <w:lang w:val="ru-RU"/>
        </w:rPr>
      </w:pPr>
      <w:r w:rsidRPr="00FF32C5">
        <w:rPr>
          <w:rFonts w:ascii="Clinica Pro" w:hAnsi="Clinica Pro"/>
          <w:lang w:val="ru-RU"/>
        </w:rPr>
        <w:t>9. обмены без доплаты;</w:t>
      </w:r>
    </w:p>
    <w:p w14:paraId="5CCC9DF0" w14:textId="77777777" w:rsidR="008E72C3" w:rsidRPr="00FF32C5" w:rsidRDefault="00000000" w:rsidP="00FF32C5">
      <w:pPr>
        <w:ind w:left="227"/>
        <w:jc w:val="both"/>
        <w:rPr>
          <w:rFonts w:ascii="Clinica Pro" w:hAnsi="Clinica Pro"/>
          <w:lang w:val="ru-RU"/>
        </w:rPr>
      </w:pPr>
      <w:r w:rsidRPr="00FF32C5">
        <w:rPr>
          <w:rFonts w:ascii="Clinica Pro" w:hAnsi="Clinica Pro"/>
          <w:lang w:val="ru-RU"/>
        </w:rPr>
        <w:t xml:space="preserve">10. покупки сотрудников </w:t>
      </w:r>
      <w:r w:rsidRPr="00FF32C5">
        <w:rPr>
          <w:rFonts w:ascii="Clinica Pro" w:hAnsi="Clinica Pro"/>
        </w:rPr>
        <w:t>GLAME</w:t>
      </w:r>
      <w:r w:rsidRPr="00FF32C5">
        <w:rPr>
          <w:rFonts w:ascii="Clinica Pro" w:hAnsi="Clinica Pro"/>
          <w:lang w:val="ru-RU"/>
        </w:rPr>
        <w:t>;</w:t>
      </w:r>
    </w:p>
    <w:p w14:paraId="30D3F11B" w14:textId="77777777" w:rsidR="008E72C3" w:rsidRPr="00FF32C5" w:rsidRDefault="00000000" w:rsidP="00FF32C5">
      <w:pPr>
        <w:ind w:left="227"/>
        <w:jc w:val="both"/>
        <w:rPr>
          <w:rFonts w:ascii="Clinica Pro" w:hAnsi="Clinica Pro"/>
          <w:lang w:val="ru-RU"/>
        </w:rPr>
      </w:pPr>
      <w:r w:rsidRPr="00FF32C5">
        <w:rPr>
          <w:rFonts w:ascii="Clinica Pro" w:hAnsi="Clinica Pro"/>
          <w:lang w:val="ru-RU"/>
        </w:rPr>
        <w:t>11. покупки самого Участника;</w:t>
      </w:r>
    </w:p>
    <w:p w14:paraId="4DD56862" w14:textId="77777777" w:rsidR="008E72C3" w:rsidRPr="00FF32C5" w:rsidRDefault="00000000" w:rsidP="00FF32C5">
      <w:pPr>
        <w:ind w:left="227"/>
        <w:jc w:val="both"/>
        <w:rPr>
          <w:rFonts w:ascii="Clinica Pro" w:hAnsi="Clinica Pro"/>
          <w:lang w:val="ru-RU"/>
        </w:rPr>
      </w:pPr>
      <w:r w:rsidRPr="00FF32C5">
        <w:rPr>
          <w:rFonts w:ascii="Clinica Pro" w:hAnsi="Clinica Pro"/>
          <w:lang w:val="ru-RU"/>
        </w:rPr>
        <w:t xml:space="preserve">12. покупки клиентов, которые уже являлись активными клиентами </w:t>
      </w:r>
      <w:r w:rsidRPr="00FF32C5">
        <w:rPr>
          <w:rFonts w:ascii="Clinica Pro" w:hAnsi="Clinica Pro"/>
        </w:rPr>
        <w:t>GLAME</w:t>
      </w:r>
      <w:r w:rsidRPr="00FF32C5">
        <w:rPr>
          <w:rFonts w:ascii="Clinica Pro" w:hAnsi="Clinica Pro"/>
          <w:lang w:val="ru-RU"/>
        </w:rPr>
        <w:t xml:space="preserve"> и не были фактически привлечены Участником;</w:t>
      </w:r>
    </w:p>
    <w:p w14:paraId="0F124DB3" w14:textId="77777777" w:rsidR="008E72C3" w:rsidRPr="00FF32C5" w:rsidRDefault="00000000" w:rsidP="00FF32C5">
      <w:pPr>
        <w:ind w:left="227"/>
        <w:jc w:val="both"/>
        <w:rPr>
          <w:rFonts w:ascii="Clinica Pro" w:hAnsi="Clinica Pro"/>
          <w:lang w:val="ru-RU"/>
        </w:rPr>
      </w:pPr>
      <w:r w:rsidRPr="00FF32C5">
        <w:rPr>
          <w:rFonts w:ascii="Clinica Pro" w:hAnsi="Clinica Pro"/>
          <w:lang w:val="ru-RU"/>
        </w:rPr>
        <w:t>13. покупки, по которым реферальный код был указан после оформления чека;</w:t>
      </w:r>
    </w:p>
    <w:p w14:paraId="4C3B7430" w14:textId="77777777" w:rsidR="008E72C3" w:rsidRPr="00FF32C5" w:rsidRDefault="00000000" w:rsidP="00FF32C5">
      <w:pPr>
        <w:ind w:left="227"/>
        <w:jc w:val="both"/>
        <w:rPr>
          <w:rFonts w:ascii="Clinica Pro" w:hAnsi="Clinica Pro"/>
          <w:lang w:val="ru-RU"/>
        </w:rPr>
      </w:pPr>
      <w:r w:rsidRPr="00FF32C5">
        <w:rPr>
          <w:rFonts w:ascii="Clinica Pro" w:hAnsi="Clinica Pro"/>
          <w:lang w:val="ru-RU"/>
        </w:rPr>
        <w:t>14. покупки, по которым Организатор выявил признаки фиктивного привлечения;</w:t>
      </w:r>
    </w:p>
    <w:p w14:paraId="1FE53D11" w14:textId="77777777" w:rsidR="008E72C3" w:rsidRPr="00FF32C5" w:rsidRDefault="00000000" w:rsidP="00FF32C5">
      <w:pPr>
        <w:ind w:left="227"/>
        <w:jc w:val="both"/>
        <w:rPr>
          <w:rFonts w:ascii="Clinica Pro" w:hAnsi="Clinica Pro"/>
          <w:lang w:val="ru-RU"/>
        </w:rPr>
      </w:pPr>
      <w:r w:rsidRPr="00FF32C5">
        <w:rPr>
          <w:rFonts w:ascii="Clinica Pro" w:hAnsi="Clinica Pro"/>
          <w:lang w:val="ru-RU"/>
        </w:rPr>
        <w:t>15. покупки, совершённые с нарушением антикоррупционных, налоговых, рекламных или иных требований законодательства.</w:t>
      </w:r>
    </w:p>
    <w:p w14:paraId="386470AB" w14:textId="77777777" w:rsidR="008E72C3" w:rsidRPr="00FF32C5" w:rsidRDefault="00000000" w:rsidP="00FF32C5">
      <w:pPr>
        <w:jc w:val="both"/>
        <w:rPr>
          <w:rFonts w:ascii="Clinica Pro" w:hAnsi="Clinica Pro"/>
          <w:lang w:val="ru-RU"/>
        </w:rPr>
      </w:pPr>
      <w:r w:rsidRPr="00FF32C5">
        <w:rPr>
          <w:rFonts w:ascii="Clinica Pro" w:hAnsi="Clinica Pro"/>
          <w:lang w:val="ru-RU"/>
        </w:rPr>
        <w:lastRenderedPageBreak/>
        <w:t>Пример расчёта денежного реферального вознаграждения:</w:t>
      </w:r>
    </w:p>
    <w:p w14:paraId="00433282" w14:textId="77777777" w:rsidR="008E72C3" w:rsidRPr="00FF32C5" w:rsidRDefault="00000000" w:rsidP="00FF32C5">
      <w:pPr>
        <w:jc w:val="both"/>
        <w:rPr>
          <w:rFonts w:ascii="Clinica Pro" w:hAnsi="Clinica Pro"/>
          <w:lang w:val="ru-RU"/>
        </w:rPr>
      </w:pPr>
      <w:r w:rsidRPr="00FF32C5">
        <w:rPr>
          <w:rFonts w:ascii="Clinica Pro" w:hAnsi="Clinica Pro"/>
          <w:lang w:val="ru-RU"/>
        </w:rPr>
        <w:t xml:space="preserve">Годовой реферальный оборот Участника составляет 80 000 рублей, что соответствует уровню </w:t>
      </w:r>
      <w:r w:rsidRPr="00FF32C5">
        <w:rPr>
          <w:rFonts w:ascii="Clinica Pro" w:hAnsi="Clinica Pro"/>
        </w:rPr>
        <w:t>Stylish</w:t>
      </w:r>
      <w:r w:rsidRPr="00FF32C5">
        <w:rPr>
          <w:rFonts w:ascii="Clinica Pro" w:hAnsi="Clinica Pro"/>
          <w:lang w:val="ru-RU"/>
        </w:rPr>
        <w:t xml:space="preserve"> </w:t>
      </w:r>
      <w:r w:rsidRPr="00FF32C5">
        <w:rPr>
          <w:rFonts w:ascii="Clinica Pro" w:hAnsi="Clinica Pro"/>
        </w:rPr>
        <w:t>Pro</w:t>
      </w:r>
      <w:r w:rsidRPr="00FF32C5">
        <w:rPr>
          <w:rFonts w:ascii="Clinica Pro" w:hAnsi="Clinica Pro"/>
          <w:lang w:val="ru-RU"/>
        </w:rPr>
        <w:t xml:space="preserve"> и ставке 5%.</w:t>
      </w:r>
    </w:p>
    <w:p w14:paraId="2CF5454C" w14:textId="77777777" w:rsidR="008E72C3" w:rsidRPr="00FF32C5" w:rsidRDefault="00000000" w:rsidP="00FF32C5">
      <w:pPr>
        <w:jc w:val="both"/>
        <w:rPr>
          <w:rFonts w:ascii="Clinica Pro" w:hAnsi="Clinica Pro"/>
          <w:lang w:val="ru-RU"/>
        </w:rPr>
      </w:pPr>
      <w:r w:rsidRPr="00FF32C5">
        <w:rPr>
          <w:rFonts w:ascii="Clinica Pro" w:hAnsi="Clinica Pro"/>
          <w:lang w:val="ru-RU"/>
        </w:rPr>
        <w:t>Рекомендованный клиент совершил покупку на 9 000 рублей. 1 000 рублей оплачено бонусами. 8 000 рублей оплачено денежными средствами.</w:t>
      </w:r>
    </w:p>
    <w:p w14:paraId="5870448F" w14:textId="77777777" w:rsidR="008E72C3" w:rsidRPr="00FF32C5" w:rsidRDefault="00000000" w:rsidP="00FF32C5">
      <w:pPr>
        <w:jc w:val="both"/>
        <w:rPr>
          <w:rFonts w:ascii="Clinica Pro" w:hAnsi="Clinica Pro"/>
          <w:lang w:val="ru-RU"/>
        </w:rPr>
      </w:pPr>
      <w:r w:rsidRPr="00FF32C5">
        <w:rPr>
          <w:rFonts w:ascii="Clinica Pro" w:hAnsi="Clinica Pro"/>
          <w:lang w:val="ru-RU"/>
        </w:rPr>
        <w:t>База для расчёта составляет 8 000 рублей. Реферальное вознаграждение составляет: 8 000 × 5% = 400 рублей.</w:t>
      </w:r>
    </w:p>
    <w:p w14:paraId="660302E8" w14:textId="77777777" w:rsidR="008E72C3" w:rsidRPr="00FF32C5" w:rsidRDefault="00000000" w:rsidP="00FF32C5">
      <w:pPr>
        <w:jc w:val="both"/>
        <w:rPr>
          <w:rFonts w:ascii="Clinica Pro" w:hAnsi="Clinica Pro"/>
          <w:lang w:val="ru-RU"/>
        </w:rPr>
      </w:pPr>
      <w:r w:rsidRPr="00FF32C5">
        <w:rPr>
          <w:rFonts w:ascii="Clinica Pro" w:hAnsi="Clinica Pro"/>
          <w:lang w:val="ru-RU"/>
        </w:rPr>
        <w:t>Пример расчёта реферальных бонусов для Клиента-</w:t>
      </w:r>
      <w:proofErr w:type="spellStart"/>
      <w:r w:rsidRPr="00FF32C5">
        <w:rPr>
          <w:rFonts w:ascii="Clinica Pro" w:hAnsi="Clinica Pro"/>
          <w:lang w:val="ru-RU"/>
        </w:rPr>
        <w:t>реферера</w:t>
      </w:r>
      <w:proofErr w:type="spellEnd"/>
      <w:r w:rsidRPr="00FF32C5">
        <w:rPr>
          <w:rFonts w:ascii="Clinica Pro" w:hAnsi="Clinica Pro"/>
          <w:lang w:val="ru-RU"/>
        </w:rPr>
        <w:t>:</w:t>
      </w:r>
    </w:p>
    <w:p w14:paraId="1C9359C5" w14:textId="77777777" w:rsidR="008E72C3" w:rsidRPr="00FF32C5" w:rsidRDefault="00000000" w:rsidP="00FF32C5">
      <w:pPr>
        <w:jc w:val="both"/>
        <w:rPr>
          <w:rFonts w:ascii="Clinica Pro" w:hAnsi="Clinica Pro"/>
          <w:lang w:val="ru-RU"/>
        </w:rPr>
      </w:pPr>
      <w:r w:rsidRPr="00FF32C5">
        <w:rPr>
          <w:rFonts w:ascii="Clinica Pro" w:hAnsi="Clinica Pro"/>
          <w:lang w:val="ru-RU"/>
        </w:rPr>
        <w:t>Если Клиент-</w:t>
      </w:r>
      <w:proofErr w:type="spellStart"/>
      <w:r w:rsidRPr="00FF32C5">
        <w:rPr>
          <w:rFonts w:ascii="Clinica Pro" w:hAnsi="Clinica Pro"/>
          <w:lang w:val="ru-RU"/>
        </w:rPr>
        <w:t>реферер</w:t>
      </w:r>
      <w:proofErr w:type="spellEnd"/>
      <w:r w:rsidRPr="00FF32C5">
        <w:rPr>
          <w:rFonts w:ascii="Clinica Pro" w:hAnsi="Clinica Pro"/>
          <w:lang w:val="ru-RU"/>
        </w:rPr>
        <w:t xml:space="preserve"> находится на уровне </w:t>
      </w:r>
      <w:r w:rsidRPr="00FF32C5">
        <w:rPr>
          <w:rFonts w:ascii="Clinica Pro" w:hAnsi="Clinica Pro"/>
        </w:rPr>
        <w:t>Stylish</w:t>
      </w:r>
      <w:r w:rsidRPr="00FF32C5">
        <w:rPr>
          <w:rFonts w:ascii="Clinica Pro" w:hAnsi="Clinica Pro"/>
          <w:lang w:val="ru-RU"/>
        </w:rPr>
        <w:t xml:space="preserve"> </w:t>
      </w:r>
      <w:r w:rsidRPr="00FF32C5">
        <w:rPr>
          <w:rFonts w:ascii="Clinica Pro" w:hAnsi="Clinica Pro"/>
        </w:rPr>
        <w:t>Pro</w:t>
      </w:r>
      <w:r w:rsidRPr="00FF32C5">
        <w:rPr>
          <w:rFonts w:ascii="Clinica Pro" w:hAnsi="Clinica Pro"/>
          <w:lang w:val="ru-RU"/>
        </w:rPr>
        <w:t xml:space="preserve"> и имеет право на реферальное начисление бонусов, при базе для расчёта 8 000 рублей ему может быть начислено 400 бонусов </w:t>
      </w:r>
      <w:r w:rsidRPr="00FF32C5">
        <w:rPr>
          <w:rFonts w:ascii="Clinica Pro" w:hAnsi="Clinica Pro"/>
        </w:rPr>
        <w:t>GLAME</w:t>
      </w:r>
      <w:r w:rsidRPr="00FF32C5">
        <w:rPr>
          <w:rFonts w:ascii="Clinica Pro" w:hAnsi="Clinica Pro"/>
          <w:lang w:val="ru-RU"/>
        </w:rPr>
        <w:t>.</w:t>
      </w:r>
    </w:p>
    <w:p w14:paraId="5BE7AC16" w14:textId="77777777" w:rsidR="008E72C3" w:rsidRPr="00FF32C5" w:rsidRDefault="00000000" w:rsidP="00FF32C5">
      <w:pPr>
        <w:jc w:val="both"/>
        <w:rPr>
          <w:rFonts w:ascii="Clinica Pro" w:hAnsi="Clinica Pro"/>
          <w:lang w:val="ru-RU"/>
        </w:rPr>
      </w:pPr>
      <w:r w:rsidRPr="00FF32C5">
        <w:rPr>
          <w:rFonts w:ascii="Clinica Pro" w:hAnsi="Clinica Pro"/>
          <w:lang w:val="ru-RU"/>
        </w:rPr>
        <w:t>Организатор вправе устанавливать иной размер вознаграждения или бонусов для отдельных Участников на основании индивидуального письменного соглашения, отдельной акции или специальных условий программы.</w:t>
      </w:r>
    </w:p>
    <w:p w14:paraId="61C1B9CE" w14:textId="77777777" w:rsidR="008E72C3" w:rsidRPr="00FF32C5" w:rsidRDefault="00000000" w:rsidP="00FF32C5">
      <w:pPr>
        <w:pStyle w:val="1"/>
        <w:jc w:val="both"/>
        <w:rPr>
          <w:rFonts w:ascii="Clinica Pro" w:hAnsi="Clinica Pro"/>
          <w:lang w:val="ru-RU"/>
        </w:rPr>
      </w:pPr>
      <w:r w:rsidRPr="00FF32C5">
        <w:rPr>
          <w:rFonts w:ascii="Clinica Pro" w:eastAsia="Times New Roman" w:hAnsi="Clinica Pro"/>
          <w:sz w:val="24"/>
          <w:lang w:val="ru-RU"/>
        </w:rPr>
        <w:t>7. Момент возникновения права на вознаграждение</w:t>
      </w:r>
    </w:p>
    <w:p w14:paraId="600210AA" w14:textId="77777777" w:rsidR="008E72C3" w:rsidRPr="00FF32C5" w:rsidRDefault="00000000" w:rsidP="00FF32C5">
      <w:pPr>
        <w:jc w:val="both"/>
        <w:rPr>
          <w:rFonts w:ascii="Clinica Pro" w:hAnsi="Clinica Pro"/>
          <w:lang w:val="ru-RU"/>
        </w:rPr>
      </w:pPr>
      <w:r w:rsidRPr="00FF32C5">
        <w:rPr>
          <w:rFonts w:ascii="Clinica Pro" w:hAnsi="Clinica Pro"/>
          <w:lang w:val="ru-RU"/>
        </w:rPr>
        <w:t>Право на реферальное вознаграждение возникает при одновременном выполнении следующих условий:</w:t>
      </w:r>
    </w:p>
    <w:p w14:paraId="4A463B20" w14:textId="77777777" w:rsidR="008E72C3" w:rsidRPr="00FF32C5" w:rsidRDefault="00000000" w:rsidP="00FF32C5">
      <w:pPr>
        <w:ind w:left="227"/>
        <w:jc w:val="both"/>
        <w:rPr>
          <w:rFonts w:ascii="Clinica Pro" w:hAnsi="Clinica Pro"/>
          <w:lang w:val="ru-RU"/>
        </w:rPr>
      </w:pPr>
      <w:r w:rsidRPr="00FF32C5">
        <w:rPr>
          <w:rFonts w:ascii="Clinica Pro" w:hAnsi="Clinica Pro"/>
          <w:lang w:val="ru-RU"/>
        </w:rPr>
        <w:t>1. Участник присоединился к настоящей оферте;</w:t>
      </w:r>
    </w:p>
    <w:p w14:paraId="03570DA6" w14:textId="77777777" w:rsidR="008E72C3" w:rsidRPr="00FF32C5" w:rsidRDefault="00000000" w:rsidP="00FF32C5">
      <w:pPr>
        <w:ind w:left="227"/>
        <w:jc w:val="both"/>
        <w:rPr>
          <w:rFonts w:ascii="Clinica Pro" w:hAnsi="Clinica Pro"/>
          <w:lang w:val="ru-RU"/>
        </w:rPr>
      </w:pPr>
      <w:r w:rsidRPr="00FF32C5">
        <w:rPr>
          <w:rFonts w:ascii="Clinica Pro" w:hAnsi="Clinica Pro"/>
          <w:lang w:val="ru-RU"/>
        </w:rPr>
        <w:t>2. Участнику присвоен персональный реферальный код;</w:t>
      </w:r>
    </w:p>
    <w:p w14:paraId="3DB356AC" w14:textId="77777777" w:rsidR="008E72C3" w:rsidRPr="00FF32C5" w:rsidRDefault="00000000" w:rsidP="00FF32C5">
      <w:pPr>
        <w:ind w:left="227"/>
        <w:jc w:val="both"/>
        <w:rPr>
          <w:rFonts w:ascii="Clinica Pro" w:hAnsi="Clinica Pro"/>
          <w:lang w:val="ru-RU"/>
        </w:rPr>
      </w:pPr>
      <w:r w:rsidRPr="00FF32C5">
        <w:rPr>
          <w:rFonts w:ascii="Clinica Pro" w:hAnsi="Clinica Pro"/>
          <w:lang w:val="ru-RU"/>
        </w:rPr>
        <w:t>3. Участник имеет статус самозанятого, индивидуального предпринимателя или юридического лица;</w:t>
      </w:r>
    </w:p>
    <w:p w14:paraId="2410D542" w14:textId="77777777" w:rsidR="008E72C3" w:rsidRPr="00FF32C5" w:rsidRDefault="00000000" w:rsidP="00FF32C5">
      <w:pPr>
        <w:ind w:left="227"/>
        <w:jc w:val="both"/>
        <w:rPr>
          <w:rFonts w:ascii="Clinica Pro" w:hAnsi="Clinica Pro"/>
          <w:lang w:val="ru-RU"/>
        </w:rPr>
      </w:pPr>
      <w:r w:rsidRPr="00FF32C5">
        <w:rPr>
          <w:rFonts w:ascii="Clinica Pro" w:hAnsi="Clinica Pro"/>
          <w:lang w:val="ru-RU"/>
        </w:rPr>
        <w:t>4. клиент указал реферальный код до оформления покупки;</w:t>
      </w:r>
    </w:p>
    <w:p w14:paraId="34D21779" w14:textId="77777777" w:rsidR="008E72C3" w:rsidRPr="00FF32C5" w:rsidRDefault="00000000" w:rsidP="00FF32C5">
      <w:pPr>
        <w:ind w:left="227"/>
        <w:jc w:val="both"/>
        <w:rPr>
          <w:rFonts w:ascii="Clinica Pro" w:hAnsi="Clinica Pro"/>
          <w:lang w:val="ru-RU"/>
        </w:rPr>
      </w:pPr>
      <w:r w:rsidRPr="00FF32C5">
        <w:rPr>
          <w:rFonts w:ascii="Clinica Pro" w:hAnsi="Clinica Pro"/>
          <w:lang w:val="ru-RU"/>
        </w:rPr>
        <w:t>5. покупка фактически оплачена;</w:t>
      </w:r>
    </w:p>
    <w:p w14:paraId="7ADB5645" w14:textId="77777777" w:rsidR="008E72C3" w:rsidRPr="00FF32C5" w:rsidRDefault="00000000" w:rsidP="00FF32C5">
      <w:pPr>
        <w:ind w:left="227"/>
        <w:jc w:val="both"/>
        <w:rPr>
          <w:rFonts w:ascii="Clinica Pro" w:hAnsi="Clinica Pro"/>
          <w:lang w:val="ru-RU"/>
        </w:rPr>
      </w:pPr>
      <w:r w:rsidRPr="00FF32C5">
        <w:rPr>
          <w:rFonts w:ascii="Clinica Pro" w:hAnsi="Clinica Pro"/>
          <w:lang w:val="ru-RU"/>
        </w:rPr>
        <w:t>6. товар передан Рекомендованному клиенту;</w:t>
      </w:r>
    </w:p>
    <w:p w14:paraId="4B8982B0" w14:textId="77777777" w:rsidR="008E72C3" w:rsidRPr="00FF32C5" w:rsidRDefault="00000000" w:rsidP="00FF32C5">
      <w:pPr>
        <w:ind w:left="227"/>
        <w:jc w:val="both"/>
        <w:rPr>
          <w:rFonts w:ascii="Clinica Pro" w:hAnsi="Clinica Pro"/>
          <w:lang w:val="ru-RU"/>
        </w:rPr>
      </w:pPr>
      <w:r w:rsidRPr="00FF32C5">
        <w:rPr>
          <w:rFonts w:ascii="Clinica Pro" w:eastAsia="Arial" w:hAnsi="Clinica Pro"/>
          <w:sz w:val="20"/>
          <w:lang w:val="ru-RU"/>
        </w:rPr>
        <w:t>7. с даты передачи товара Рекомендованному клиенту прошло не менее 14 календарных дней;</w:t>
      </w:r>
    </w:p>
    <w:p w14:paraId="756769E2" w14:textId="77777777" w:rsidR="008E72C3" w:rsidRPr="00FF32C5" w:rsidRDefault="00000000" w:rsidP="00FF32C5">
      <w:pPr>
        <w:ind w:left="227"/>
        <w:jc w:val="both"/>
        <w:rPr>
          <w:rFonts w:ascii="Clinica Pro" w:hAnsi="Clinica Pro"/>
          <w:lang w:val="ru-RU"/>
        </w:rPr>
      </w:pPr>
      <w:r w:rsidRPr="00FF32C5">
        <w:rPr>
          <w:rFonts w:ascii="Clinica Pro" w:hAnsi="Clinica Pro"/>
          <w:lang w:val="ru-RU"/>
        </w:rPr>
        <w:t>8. покупка не отменена;</w:t>
      </w:r>
    </w:p>
    <w:p w14:paraId="1B55FC0A" w14:textId="77777777" w:rsidR="008E72C3" w:rsidRPr="00FF32C5" w:rsidRDefault="00000000" w:rsidP="00FF32C5">
      <w:pPr>
        <w:ind w:left="227"/>
        <w:jc w:val="both"/>
        <w:rPr>
          <w:rFonts w:ascii="Clinica Pro" w:hAnsi="Clinica Pro"/>
          <w:lang w:val="ru-RU"/>
        </w:rPr>
      </w:pPr>
      <w:r w:rsidRPr="00FF32C5">
        <w:rPr>
          <w:rFonts w:ascii="Clinica Pro" w:hAnsi="Clinica Pro"/>
          <w:lang w:val="ru-RU"/>
        </w:rPr>
        <w:t>9. товар не возвращён полностью или частично в части, влияющей на расчёт вознаграждения;</w:t>
      </w:r>
    </w:p>
    <w:p w14:paraId="4CB2C58D" w14:textId="77777777" w:rsidR="008E72C3" w:rsidRPr="00FF32C5" w:rsidRDefault="00000000" w:rsidP="00FF32C5">
      <w:pPr>
        <w:ind w:left="227"/>
        <w:jc w:val="both"/>
        <w:rPr>
          <w:rFonts w:ascii="Clinica Pro" w:hAnsi="Clinica Pro"/>
          <w:lang w:val="ru-RU"/>
        </w:rPr>
      </w:pPr>
      <w:r w:rsidRPr="00FF32C5">
        <w:rPr>
          <w:rFonts w:ascii="Clinica Pro" w:hAnsi="Clinica Pro"/>
          <w:lang w:val="ru-RU"/>
        </w:rPr>
        <w:t>10. по покупке отсутствуют неурегулированные претензии по качеству, комплектности, доставке или иным существенным условиям;</w:t>
      </w:r>
    </w:p>
    <w:p w14:paraId="01519BBA" w14:textId="77777777" w:rsidR="008E72C3" w:rsidRPr="00FF32C5" w:rsidRDefault="00000000" w:rsidP="00FF32C5">
      <w:pPr>
        <w:ind w:left="227"/>
        <w:jc w:val="both"/>
        <w:rPr>
          <w:rFonts w:ascii="Clinica Pro" w:hAnsi="Clinica Pro"/>
          <w:lang w:val="ru-RU"/>
        </w:rPr>
      </w:pPr>
      <w:r w:rsidRPr="00FF32C5">
        <w:rPr>
          <w:rFonts w:ascii="Clinica Pro" w:hAnsi="Clinica Pro"/>
          <w:lang w:val="ru-RU"/>
        </w:rPr>
        <w:t>11. Участник не нарушил условия настоящей оферты;</w:t>
      </w:r>
    </w:p>
    <w:p w14:paraId="32CFD875" w14:textId="77777777" w:rsidR="008E72C3" w:rsidRPr="00FF32C5" w:rsidRDefault="00000000" w:rsidP="00FF32C5">
      <w:pPr>
        <w:ind w:left="227"/>
        <w:jc w:val="both"/>
        <w:rPr>
          <w:rFonts w:ascii="Clinica Pro" w:hAnsi="Clinica Pro"/>
          <w:lang w:val="ru-RU"/>
        </w:rPr>
      </w:pPr>
      <w:r w:rsidRPr="00FF32C5">
        <w:rPr>
          <w:rFonts w:ascii="Clinica Pro" w:hAnsi="Clinica Pro"/>
          <w:lang w:val="ru-RU"/>
        </w:rPr>
        <w:t>12. Участник предоставил документы, необходимые для выплаты и бухгалтерского учёта.</w:t>
      </w:r>
    </w:p>
    <w:p w14:paraId="6AAFC895" w14:textId="77777777" w:rsidR="008E72C3" w:rsidRPr="00FF32C5" w:rsidRDefault="00000000" w:rsidP="00FF32C5">
      <w:pPr>
        <w:jc w:val="both"/>
        <w:rPr>
          <w:rFonts w:ascii="Clinica Pro" w:hAnsi="Clinica Pro"/>
          <w:lang w:val="ru-RU"/>
        </w:rPr>
      </w:pPr>
      <w:r w:rsidRPr="00FF32C5">
        <w:rPr>
          <w:rFonts w:ascii="Clinica Pro" w:hAnsi="Clinica Pro"/>
          <w:lang w:val="ru-RU"/>
        </w:rPr>
        <w:t>Вознаграждение начисляется только после подтверждения покупки, передачи товара Рекомендованному клиенту и проверки отсутствия возврата, отмены покупки, претензии или признаков злоупотребления.</w:t>
      </w:r>
    </w:p>
    <w:p w14:paraId="74AEFDCA" w14:textId="77777777" w:rsidR="008E72C3" w:rsidRPr="00FF32C5" w:rsidRDefault="00000000" w:rsidP="00FF32C5">
      <w:pPr>
        <w:jc w:val="both"/>
        <w:rPr>
          <w:rFonts w:ascii="Clinica Pro" w:hAnsi="Clinica Pro"/>
          <w:lang w:val="ru-RU"/>
        </w:rPr>
      </w:pPr>
      <w:r w:rsidRPr="00FF32C5">
        <w:rPr>
          <w:rFonts w:ascii="Clinica Pro" w:hAnsi="Clinica Pro"/>
          <w:lang w:val="ru-RU"/>
        </w:rPr>
        <w:t>Если после начисления или выплаты вознаграждения клиент полностью или частично вернул товар, сумма вознаграждения подлежит перерасчёту.</w:t>
      </w:r>
    </w:p>
    <w:p w14:paraId="784B2810" w14:textId="77777777" w:rsidR="008E72C3" w:rsidRPr="00FF32C5" w:rsidRDefault="00000000" w:rsidP="00FF32C5">
      <w:pPr>
        <w:pStyle w:val="1"/>
        <w:jc w:val="both"/>
        <w:rPr>
          <w:rFonts w:ascii="Clinica Pro" w:hAnsi="Clinica Pro"/>
          <w:lang w:val="ru-RU"/>
        </w:rPr>
      </w:pPr>
      <w:r w:rsidRPr="00FF32C5">
        <w:rPr>
          <w:rFonts w:ascii="Clinica Pro" w:eastAsia="Times New Roman" w:hAnsi="Clinica Pro"/>
          <w:sz w:val="24"/>
          <w:lang w:val="ru-RU"/>
        </w:rPr>
        <w:t>8. Порядок выплаты вознаграждения</w:t>
      </w:r>
    </w:p>
    <w:p w14:paraId="764CED6A" w14:textId="77777777" w:rsidR="008E72C3" w:rsidRPr="00FF32C5" w:rsidRDefault="00000000" w:rsidP="00FF32C5">
      <w:pPr>
        <w:jc w:val="both"/>
        <w:rPr>
          <w:rFonts w:ascii="Clinica Pro" w:hAnsi="Clinica Pro"/>
          <w:lang w:val="ru-RU"/>
        </w:rPr>
      </w:pPr>
      <w:r w:rsidRPr="00FF32C5">
        <w:rPr>
          <w:rFonts w:ascii="Clinica Pro" w:hAnsi="Clinica Pro"/>
          <w:lang w:val="ru-RU"/>
        </w:rPr>
        <w:t>Расчётный период — календарный месяц.</w:t>
      </w:r>
    </w:p>
    <w:p w14:paraId="003CE23D" w14:textId="77777777" w:rsidR="008E72C3" w:rsidRPr="00FF32C5" w:rsidRDefault="00000000" w:rsidP="00FF32C5">
      <w:pPr>
        <w:jc w:val="both"/>
        <w:rPr>
          <w:rFonts w:ascii="Clinica Pro" w:hAnsi="Clinica Pro"/>
          <w:lang w:val="ru-RU"/>
        </w:rPr>
      </w:pPr>
      <w:r w:rsidRPr="00FF32C5">
        <w:rPr>
          <w:rFonts w:ascii="Clinica Pro" w:eastAsia="Arial" w:hAnsi="Clinica Pro"/>
          <w:sz w:val="20"/>
          <w:lang w:val="ru-RU"/>
        </w:rPr>
        <w:t>В отчёт за соответствующий расчётный период включаются только те покупки, по которым в таком периоде истёк 14-дневный срок с даты передачи товара Рекомендованному клиенту и выполнены все условия настоящей оферты.</w:t>
      </w:r>
    </w:p>
    <w:p w14:paraId="3ABFF2D6" w14:textId="77777777" w:rsidR="008E72C3" w:rsidRPr="00FF32C5" w:rsidRDefault="00000000" w:rsidP="00FF32C5">
      <w:pPr>
        <w:jc w:val="both"/>
        <w:rPr>
          <w:rFonts w:ascii="Clinica Pro" w:hAnsi="Clinica Pro"/>
          <w:lang w:val="ru-RU"/>
        </w:rPr>
      </w:pPr>
      <w:r w:rsidRPr="00FF32C5">
        <w:rPr>
          <w:rFonts w:ascii="Clinica Pro" w:hAnsi="Clinica Pro"/>
          <w:lang w:val="ru-RU"/>
        </w:rPr>
        <w:t>Организатор формирует отчёт по покупкам, совершённым по реферальному коду Участника.</w:t>
      </w:r>
    </w:p>
    <w:p w14:paraId="70D3C9D1" w14:textId="77777777" w:rsidR="008E72C3" w:rsidRPr="00FF32C5" w:rsidRDefault="00000000" w:rsidP="00FF32C5">
      <w:pPr>
        <w:jc w:val="both"/>
        <w:rPr>
          <w:rFonts w:ascii="Clinica Pro" w:hAnsi="Clinica Pro"/>
          <w:lang w:val="ru-RU"/>
        </w:rPr>
      </w:pPr>
      <w:r w:rsidRPr="00FF32C5">
        <w:rPr>
          <w:rFonts w:ascii="Clinica Pro" w:hAnsi="Clinica Pro"/>
          <w:lang w:val="ru-RU"/>
        </w:rPr>
        <w:lastRenderedPageBreak/>
        <w:t>Выплата вознаграждения производится один раз в месяц, до 10 числа месяца, следующего за расчётным периодом, при условии выполнения всех требований настоящей оферты.</w:t>
      </w:r>
    </w:p>
    <w:p w14:paraId="07F2497F" w14:textId="77777777" w:rsidR="008E72C3" w:rsidRPr="00FF32C5" w:rsidRDefault="00000000" w:rsidP="00FF32C5">
      <w:pPr>
        <w:jc w:val="both"/>
        <w:rPr>
          <w:rFonts w:ascii="Clinica Pro" w:hAnsi="Clinica Pro"/>
          <w:lang w:val="ru-RU"/>
        </w:rPr>
      </w:pPr>
      <w:r w:rsidRPr="00FF32C5">
        <w:rPr>
          <w:rFonts w:ascii="Clinica Pro" w:hAnsi="Clinica Pro"/>
          <w:lang w:val="ru-RU"/>
        </w:rPr>
        <w:t>Выплата производится только безналичным способом.</w:t>
      </w:r>
    </w:p>
    <w:p w14:paraId="74FA3645" w14:textId="77777777" w:rsidR="008E72C3" w:rsidRPr="00FF32C5" w:rsidRDefault="00000000" w:rsidP="00FF32C5">
      <w:pPr>
        <w:jc w:val="both"/>
        <w:rPr>
          <w:rFonts w:ascii="Clinica Pro" w:hAnsi="Clinica Pro"/>
          <w:lang w:val="ru-RU"/>
        </w:rPr>
      </w:pPr>
      <w:r w:rsidRPr="00FF32C5">
        <w:rPr>
          <w:rFonts w:ascii="Clinica Pro" w:hAnsi="Clinica Pro"/>
          <w:lang w:val="ru-RU"/>
        </w:rPr>
        <w:t>Выплата денежного вознаграждения производится только Участникам, имеющим статус самозанятого, индивидуального предпринимателя или юридического лица на дату выплаты.</w:t>
      </w:r>
    </w:p>
    <w:p w14:paraId="3E00EA8E" w14:textId="77777777" w:rsidR="008E72C3" w:rsidRPr="00FF32C5" w:rsidRDefault="00000000" w:rsidP="00FF32C5">
      <w:pPr>
        <w:jc w:val="both"/>
        <w:rPr>
          <w:rFonts w:ascii="Clinica Pro" w:hAnsi="Clinica Pro"/>
          <w:lang w:val="ru-RU"/>
        </w:rPr>
      </w:pPr>
      <w:r w:rsidRPr="00FF32C5">
        <w:rPr>
          <w:rFonts w:ascii="Clinica Pro" w:hAnsi="Clinica Pro"/>
          <w:lang w:val="ru-RU"/>
        </w:rPr>
        <w:t>Физическим лицам без статуса самозанятого, индивидуального предпринимателя или юридического лица денежное вознаграждение по настоящей программе не выплачивается.</w:t>
      </w:r>
    </w:p>
    <w:p w14:paraId="44331C3B" w14:textId="77777777" w:rsidR="008E72C3" w:rsidRPr="00FF32C5" w:rsidRDefault="00000000" w:rsidP="00FF32C5">
      <w:pPr>
        <w:jc w:val="both"/>
        <w:rPr>
          <w:rFonts w:ascii="Clinica Pro" w:hAnsi="Clinica Pro"/>
          <w:lang w:val="ru-RU"/>
        </w:rPr>
      </w:pPr>
      <w:r w:rsidRPr="00FF32C5">
        <w:rPr>
          <w:rFonts w:ascii="Clinica Pro" w:hAnsi="Clinica Pro"/>
          <w:lang w:val="ru-RU"/>
        </w:rPr>
        <w:t>Организатор вправе приостановить выплату до получения подтверждающих документов, корректного чека самозанятого, акта, счёта или иных документов, необходимых для бухгалтерского и налогового учёта.</w:t>
      </w:r>
    </w:p>
    <w:p w14:paraId="77CEEAAF" w14:textId="77777777" w:rsidR="008E72C3" w:rsidRPr="00FF32C5" w:rsidRDefault="00000000" w:rsidP="00FF32C5">
      <w:pPr>
        <w:jc w:val="both"/>
        <w:rPr>
          <w:rFonts w:ascii="Clinica Pro" w:hAnsi="Clinica Pro"/>
          <w:lang w:val="ru-RU"/>
        </w:rPr>
      </w:pPr>
      <w:r w:rsidRPr="00FF32C5">
        <w:rPr>
          <w:rFonts w:ascii="Clinica Pro" w:hAnsi="Clinica Pro"/>
          <w:lang w:val="ru-RU"/>
        </w:rPr>
        <w:t>Если после выплаты вознаграждения клиент полностью или частично вернул товар, сумма переплаты подлежит удержанию из последующих выплат Участнику. При отсутствии последующих выплат Участник обязан вернуть сумму переплаты Организатору в течение 5 рабочих дней с момента получения соответствующего уведомления.</w:t>
      </w:r>
    </w:p>
    <w:p w14:paraId="580E20F3" w14:textId="77777777" w:rsidR="008E72C3" w:rsidRPr="00FF32C5" w:rsidRDefault="00000000" w:rsidP="00FF32C5">
      <w:pPr>
        <w:pStyle w:val="1"/>
        <w:jc w:val="both"/>
        <w:rPr>
          <w:rFonts w:ascii="Clinica Pro" w:hAnsi="Clinica Pro"/>
          <w:lang w:val="ru-RU"/>
        </w:rPr>
      </w:pPr>
      <w:r w:rsidRPr="00FF32C5">
        <w:rPr>
          <w:rFonts w:ascii="Clinica Pro" w:eastAsia="Times New Roman" w:hAnsi="Clinica Pro"/>
          <w:sz w:val="24"/>
          <w:lang w:val="ru-RU"/>
        </w:rPr>
        <w:t>9. Условия для самозанятых</w:t>
      </w:r>
    </w:p>
    <w:p w14:paraId="31130157" w14:textId="77777777" w:rsidR="008E72C3" w:rsidRPr="00FF32C5" w:rsidRDefault="00000000" w:rsidP="00FF32C5">
      <w:pPr>
        <w:jc w:val="both"/>
        <w:rPr>
          <w:rFonts w:ascii="Clinica Pro" w:hAnsi="Clinica Pro"/>
          <w:lang w:val="ru-RU"/>
        </w:rPr>
      </w:pPr>
      <w:r w:rsidRPr="00FF32C5">
        <w:rPr>
          <w:rFonts w:ascii="Clinica Pro" w:hAnsi="Clinica Pro"/>
          <w:lang w:val="ru-RU"/>
        </w:rPr>
        <w:t>Участник, применяющий специальный налоговый режим «Налог на профессиональный доход», обязан:</w:t>
      </w:r>
    </w:p>
    <w:p w14:paraId="41273222" w14:textId="77777777" w:rsidR="008E72C3" w:rsidRPr="00FF32C5" w:rsidRDefault="00000000" w:rsidP="00FF32C5">
      <w:pPr>
        <w:ind w:left="227"/>
        <w:jc w:val="both"/>
        <w:rPr>
          <w:rFonts w:ascii="Clinica Pro" w:hAnsi="Clinica Pro"/>
          <w:lang w:val="ru-RU"/>
        </w:rPr>
      </w:pPr>
      <w:r w:rsidRPr="00FF32C5">
        <w:rPr>
          <w:rFonts w:ascii="Clinica Pro" w:hAnsi="Clinica Pro"/>
          <w:lang w:val="ru-RU"/>
        </w:rPr>
        <w:t>1. подтвердить статус плательщика НПД перед началом участия в программе;</w:t>
      </w:r>
    </w:p>
    <w:p w14:paraId="17BB1FCA" w14:textId="77777777" w:rsidR="008E72C3" w:rsidRPr="00FF32C5" w:rsidRDefault="00000000" w:rsidP="00FF32C5">
      <w:pPr>
        <w:ind w:left="227"/>
        <w:jc w:val="both"/>
        <w:rPr>
          <w:rFonts w:ascii="Clinica Pro" w:hAnsi="Clinica Pro"/>
          <w:lang w:val="ru-RU"/>
        </w:rPr>
      </w:pPr>
      <w:r w:rsidRPr="00FF32C5">
        <w:rPr>
          <w:rFonts w:ascii="Clinica Pro" w:hAnsi="Clinica Pro"/>
          <w:lang w:val="ru-RU"/>
        </w:rPr>
        <w:t>2. подтвердить статус плательщика НПД на дату выплаты вознаграждения;</w:t>
      </w:r>
    </w:p>
    <w:p w14:paraId="00BF4F45" w14:textId="77777777" w:rsidR="008E72C3" w:rsidRPr="00FF32C5" w:rsidRDefault="00000000" w:rsidP="00FF32C5">
      <w:pPr>
        <w:ind w:left="227"/>
        <w:jc w:val="both"/>
        <w:rPr>
          <w:rFonts w:ascii="Clinica Pro" w:hAnsi="Clinica Pro"/>
          <w:lang w:val="ru-RU"/>
        </w:rPr>
      </w:pPr>
      <w:r w:rsidRPr="00FF32C5">
        <w:rPr>
          <w:rFonts w:ascii="Clinica Pro" w:hAnsi="Clinica Pro"/>
          <w:lang w:val="ru-RU"/>
        </w:rPr>
        <w:t>3. не являться работником Организатора;</w:t>
      </w:r>
    </w:p>
    <w:p w14:paraId="4650B719" w14:textId="77777777" w:rsidR="008E72C3" w:rsidRPr="00FF32C5" w:rsidRDefault="00000000" w:rsidP="00FF32C5">
      <w:pPr>
        <w:ind w:left="227"/>
        <w:jc w:val="both"/>
        <w:rPr>
          <w:rFonts w:ascii="Clinica Pro" w:hAnsi="Clinica Pro"/>
          <w:lang w:val="ru-RU"/>
        </w:rPr>
      </w:pPr>
      <w:r w:rsidRPr="00FF32C5">
        <w:rPr>
          <w:rFonts w:ascii="Clinica Pro" w:hAnsi="Clinica Pro"/>
          <w:lang w:val="ru-RU"/>
        </w:rPr>
        <w:t>4. не являться бывшим работником Организатора в течение последних двух лет;</w:t>
      </w:r>
    </w:p>
    <w:p w14:paraId="218D1A4B" w14:textId="77777777" w:rsidR="008E72C3" w:rsidRPr="00FF32C5" w:rsidRDefault="00000000" w:rsidP="00FF32C5">
      <w:pPr>
        <w:ind w:left="227"/>
        <w:jc w:val="both"/>
        <w:rPr>
          <w:rFonts w:ascii="Clinica Pro" w:hAnsi="Clinica Pro"/>
          <w:lang w:val="ru-RU"/>
        </w:rPr>
      </w:pPr>
      <w:r w:rsidRPr="00FF32C5">
        <w:rPr>
          <w:rFonts w:ascii="Clinica Pro" w:hAnsi="Clinica Pro"/>
          <w:lang w:val="ru-RU"/>
        </w:rPr>
        <w:t>5. сформировать чек в приложении «Мой налог» или через иной разрешённый сервис;</w:t>
      </w:r>
    </w:p>
    <w:p w14:paraId="3D3676E1" w14:textId="77777777" w:rsidR="008E72C3" w:rsidRPr="00FF32C5" w:rsidRDefault="00000000" w:rsidP="00FF32C5">
      <w:pPr>
        <w:ind w:left="227"/>
        <w:jc w:val="both"/>
        <w:rPr>
          <w:rFonts w:ascii="Clinica Pro" w:hAnsi="Clinica Pro"/>
          <w:lang w:val="ru-RU"/>
        </w:rPr>
      </w:pPr>
      <w:r w:rsidRPr="00FF32C5">
        <w:rPr>
          <w:rFonts w:ascii="Clinica Pro" w:hAnsi="Clinica Pro"/>
          <w:lang w:val="ru-RU"/>
        </w:rPr>
        <w:t>6. передать чек Организатору в установленный законом срок;</w:t>
      </w:r>
    </w:p>
    <w:p w14:paraId="6D7B6216" w14:textId="77777777" w:rsidR="008E72C3" w:rsidRPr="00FF32C5" w:rsidRDefault="00000000" w:rsidP="00FF32C5">
      <w:pPr>
        <w:ind w:left="227"/>
        <w:jc w:val="both"/>
        <w:rPr>
          <w:rFonts w:ascii="Clinica Pro" w:hAnsi="Clinica Pro"/>
          <w:lang w:val="ru-RU"/>
        </w:rPr>
      </w:pPr>
      <w:r w:rsidRPr="00FF32C5">
        <w:rPr>
          <w:rFonts w:ascii="Clinica Pro" w:hAnsi="Clinica Pro"/>
          <w:lang w:val="ru-RU"/>
        </w:rPr>
        <w:t>7. указать в чеке корректные реквизиты Организатора;</w:t>
      </w:r>
    </w:p>
    <w:p w14:paraId="316EE9B8" w14:textId="77777777" w:rsidR="008E72C3" w:rsidRPr="00FF32C5" w:rsidRDefault="00000000" w:rsidP="00FF32C5">
      <w:pPr>
        <w:ind w:left="227"/>
        <w:jc w:val="both"/>
        <w:rPr>
          <w:rFonts w:ascii="Clinica Pro" w:hAnsi="Clinica Pro"/>
          <w:lang w:val="ru-RU"/>
        </w:rPr>
      </w:pPr>
      <w:r w:rsidRPr="00FF32C5">
        <w:rPr>
          <w:rFonts w:ascii="Clinica Pro" w:hAnsi="Clinica Pro"/>
          <w:lang w:val="ru-RU"/>
        </w:rPr>
        <w:t>8. указать в чеке корректное описание услуги.</w:t>
      </w:r>
    </w:p>
    <w:p w14:paraId="0708F7C3" w14:textId="77777777" w:rsidR="008E72C3" w:rsidRPr="00FF32C5" w:rsidRDefault="00000000" w:rsidP="00FF32C5">
      <w:pPr>
        <w:jc w:val="both"/>
        <w:rPr>
          <w:rFonts w:ascii="Clinica Pro" w:hAnsi="Clinica Pro"/>
          <w:lang w:val="ru-RU"/>
        </w:rPr>
      </w:pPr>
      <w:r w:rsidRPr="00FF32C5">
        <w:rPr>
          <w:rFonts w:ascii="Clinica Pro" w:hAnsi="Clinica Pro"/>
          <w:lang w:val="ru-RU"/>
        </w:rPr>
        <w:t>Рекомендуемая формулировка услуги в чеке:</w:t>
      </w:r>
    </w:p>
    <w:p w14:paraId="7E15A4FD" w14:textId="77777777" w:rsidR="008E72C3" w:rsidRPr="00FF32C5" w:rsidRDefault="00000000" w:rsidP="00FF32C5">
      <w:pPr>
        <w:jc w:val="both"/>
        <w:rPr>
          <w:rFonts w:ascii="Clinica Pro" w:hAnsi="Clinica Pro"/>
          <w:lang w:val="ru-RU"/>
        </w:rPr>
      </w:pPr>
      <w:r w:rsidRPr="00FF32C5">
        <w:rPr>
          <w:rFonts w:ascii="Clinica Pro" w:hAnsi="Clinica Pro"/>
          <w:i/>
          <w:lang w:val="ru-RU"/>
        </w:rPr>
        <w:t xml:space="preserve">«Информационно-маркетинговая услуга по реферальной программе </w:t>
      </w:r>
      <w:r w:rsidRPr="00FF32C5">
        <w:rPr>
          <w:rFonts w:ascii="Clinica Pro" w:hAnsi="Clinica Pro"/>
          <w:i/>
        </w:rPr>
        <w:t>GLAME</w:t>
      </w:r>
      <w:r w:rsidRPr="00FF32C5">
        <w:rPr>
          <w:rFonts w:ascii="Clinica Pro" w:hAnsi="Clinica Pro"/>
          <w:i/>
          <w:lang w:val="ru-RU"/>
        </w:rPr>
        <w:t xml:space="preserve"> за __________ 2026 года».</w:t>
      </w:r>
    </w:p>
    <w:p w14:paraId="1F67841C" w14:textId="77777777" w:rsidR="008E72C3" w:rsidRPr="00FF32C5" w:rsidRDefault="00000000" w:rsidP="00FF32C5">
      <w:pPr>
        <w:jc w:val="both"/>
        <w:rPr>
          <w:rFonts w:ascii="Clinica Pro" w:hAnsi="Clinica Pro"/>
          <w:lang w:val="ru-RU"/>
        </w:rPr>
      </w:pPr>
      <w:r w:rsidRPr="00FF32C5">
        <w:rPr>
          <w:rFonts w:ascii="Clinica Pro" w:hAnsi="Clinica Pro"/>
          <w:lang w:val="ru-RU"/>
        </w:rPr>
        <w:t xml:space="preserve">Участник-самозанятый подтверждает, что в рамках настоящей оферты он не является агентом, комиссионером или поверенным Организатора, не действует от имени Организатора, не заключает сделки, не участвует в расчётах с клиентами и не осуществляет посредническую деятельность по продаже товаров </w:t>
      </w:r>
      <w:r w:rsidRPr="00FF32C5">
        <w:rPr>
          <w:rFonts w:ascii="Clinica Pro" w:hAnsi="Clinica Pro"/>
        </w:rPr>
        <w:t>GLAME</w:t>
      </w:r>
      <w:r w:rsidRPr="00FF32C5">
        <w:rPr>
          <w:rFonts w:ascii="Clinica Pro" w:hAnsi="Clinica Pro"/>
          <w:lang w:val="ru-RU"/>
        </w:rPr>
        <w:t>.</w:t>
      </w:r>
    </w:p>
    <w:p w14:paraId="6143E5EF" w14:textId="77777777" w:rsidR="008E72C3" w:rsidRPr="00FF32C5" w:rsidRDefault="00000000" w:rsidP="00FF32C5">
      <w:pPr>
        <w:jc w:val="both"/>
        <w:rPr>
          <w:rFonts w:ascii="Clinica Pro" w:hAnsi="Clinica Pro"/>
          <w:lang w:val="ru-RU"/>
        </w:rPr>
      </w:pPr>
      <w:r w:rsidRPr="00FF32C5">
        <w:rPr>
          <w:rFonts w:ascii="Clinica Pro" w:hAnsi="Clinica Pro"/>
          <w:lang w:val="ru-RU"/>
        </w:rPr>
        <w:t xml:space="preserve">Участник-самозанятый самостоятельно определяет, осуществлять ли информационную рекомендацию </w:t>
      </w:r>
      <w:r w:rsidRPr="00FF32C5">
        <w:rPr>
          <w:rFonts w:ascii="Clinica Pro" w:hAnsi="Clinica Pro"/>
        </w:rPr>
        <w:t>GLAME</w:t>
      </w:r>
      <w:r w:rsidRPr="00FF32C5">
        <w:rPr>
          <w:rFonts w:ascii="Clinica Pro" w:hAnsi="Clinica Pro"/>
          <w:lang w:val="ru-RU"/>
        </w:rPr>
        <w:t>, не получает от Организатора обязательных заданий, планов, графиков, маршрутов, норм привлечения клиентов, скриптов продаж или обязанности обеспечить определённый результат.</w:t>
      </w:r>
    </w:p>
    <w:p w14:paraId="04D8F1C5" w14:textId="77777777" w:rsidR="008E72C3" w:rsidRPr="00FF32C5" w:rsidRDefault="00000000" w:rsidP="00FF32C5">
      <w:pPr>
        <w:jc w:val="both"/>
        <w:rPr>
          <w:rFonts w:ascii="Clinica Pro" w:hAnsi="Clinica Pro"/>
          <w:lang w:val="ru-RU"/>
        </w:rPr>
      </w:pPr>
      <w:r w:rsidRPr="00FF32C5">
        <w:rPr>
          <w:rFonts w:ascii="Clinica Pro" w:hAnsi="Clinica Pro"/>
          <w:lang w:val="ru-RU"/>
        </w:rPr>
        <w:t>При отсутствии действующего статуса НПД или корректного чека Организатор вправе не производить выплату денежного вознаграждения до устранения нарушения.</w:t>
      </w:r>
    </w:p>
    <w:p w14:paraId="11BFD448" w14:textId="77777777" w:rsidR="008E72C3" w:rsidRPr="00FF32C5" w:rsidRDefault="00000000" w:rsidP="00FF32C5">
      <w:pPr>
        <w:jc w:val="both"/>
        <w:rPr>
          <w:rFonts w:ascii="Clinica Pro" w:hAnsi="Clinica Pro"/>
          <w:lang w:val="ru-RU"/>
        </w:rPr>
      </w:pPr>
      <w:r w:rsidRPr="00FF32C5">
        <w:rPr>
          <w:rFonts w:ascii="Clinica Pro" w:hAnsi="Clinica Pro"/>
          <w:lang w:val="ru-RU"/>
        </w:rPr>
        <w:t>Участник самостоятельно несёт ответственность за достоверность сведений о своём налоговом статусе.</w:t>
      </w:r>
    </w:p>
    <w:p w14:paraId="073F8D1A" w14:textId="77777777" w:rsidR="008E72C3" w:rsidRPr="00FF32C5" w:rsidRDefault="00000000" w:rsidP="00FF32C5">
      <w:pPr>
        <w:pStyle w:val="1"/>
        <w:jc w:val="both"/>
        <w:rPr>
          <w:rFonts w:ascii="Clinica Pro" w:hAnsi="Clinica Pro"/>
          <w:lang w:val="ru-RU"/>
        </w:rPr>
      </w:pPr>
      <w:r w:rsidRPr="00FF32C5">
        <w:rPr>
          <w:rFonts w:ascii="Clinica Pro" w:eastAsia="Times New Roman" w:hAnsi="Clinica Pro"/>
          <w:sz w:val="24"/>
          <w:lang w:val="ru-RU"/>
        </w:rPr>
        <w:t>10. Условия для индивидуальных предпринимателей и юридических лиц</w:t>
      </w:r>
    </w:p>
    <w:p w14:paraId="2C14C1BD" w14:textId="77777777" w:rsidR="008E72C3" w:rsidRPr="00FF32C5" w:rsidRDefault="00000000" w:rsidP="00FF32C5">
      <w:pPr>
        <w:jc w:val="both"/>
        <w:rPr>
          <w:rFonts w:ascii="Clinica Pro" w:hAnsi="Clinica Pro"/>
          <w:lang w:val="ru-RU"/>
        </w:rPr>
      </w:pPr>
      <w:r w:rsidRPr="00FF32C5">
        <w:rPr>
          <w:rFonts w:ascii="Clinica Pro" w:hAnsi="Clinica Pro"/>
          <w:lang w:val="ru-RU"/>
        </w:rPr>
        <w:t>Участник, являющийся индивидуальным предпринимателем или юридическим лицом, получает вознаграждение на основании:</w:t>
      </w:r>
    </w:p>
    <w:p w14:paraId="33593857" w14:textId="77777777" w:rsidR="008E72C3" w:rsidRPr="00FF32C5" w:rsidRDefault="00000000" w:rsidP="00FF32C5">
      <w:pPr>
        <w:ind w:left="227"/>
        <w:jc w:val="both"/>
        <w:rPr>
          <w:rFonts w:ascii="Clinica Pro" w:hAnsi="Clinica Pro"/>
          <w:lang w:val="ru-RU"/>
        </w:rPr>
      </w:pPr>
      <w:r w:rsidRPr="00FF32C5">
        <w:rPr>
          <w:rFonts w:ascii="Clinica Pro" w:hAnsi="Clinica Pro"/>
          <w:lang w:val="ru-RU"/>
        </w:rPr>
        <w:lastRenderedPageBreak/>
        <w:t>1. настоящей оферты;</w:t>
      </w:r>
    </w:p>
    <w:p w14:paraId="00D342CB" w14:textId="77777777" w:rsidR="008E72C3" w:rsidRPr="00FF32C5" w:rsidRDefault="00000000" w:rsidP="00FF32C5">
      <w:pPr>
        <w:ind w:left="227"/>
        <w:jc w:val="both"/>
        <w:rPr>
          <w:rFonts w:ascii="Clinica Pro" w:hAnsi="Clinica Pro"/>
          <w:lang w:val="ru-RU"/>
        </w:rPr>
      </w:pPr>
      <w:r w:rsidRPr="00FF32C5">
        <w:rPr>
          <w:rFonts w:ascii="Clinica Pro" w:hAnsi="Clinica Pro"/>
          <w:lang w:val="ru-RU"/>
        </w:rPr>
        <w:t>2. отчёта по реферальным покупкам;</w:t>
      </w:r>
    </w:p>
    <w:p w14:paraId="43B60969" w14:textId="77777777" w:rsidR="008E72C3" w:rsidRPr="00FF32C5" w:rsidRDefault="00000000" w:rsidP="00FF32C5">
      <w:pPr>
        <w:ind w:left="227"/>
        <w:jc w:val="both"/>
        <w:rPr>
          <w:rFonts w:ascii="Clinica Pro" w:hAnsi="Clinica Pro"/>
          <w:lang w:val="ru-RU"/>
        </w:rPr>
      </w:pPr>
      <w:r w:rsidRPr="00FF32C5">
        <w:rPr>
          <w:rFonts w:ascii="Clinica Pro" w:hAnsi="Clinica Pro"/>
          <w:lang w:val="ru-RU"/>
        </w:rPr>
        <w:t>3. счёта, если он требуется;</w:t>
      </w:r>
    </w:p>
    <w:p w14:paraId="3993ECAB" w14:textId="77777777" w:rsidR="008E72C3" w:rsidRPr="00FF32C5" w:rsidRDefault="00000000" w:rsidP="00FF32C5">
      <w:pPr>
        <w:ind w:left="227"/>
        <w:jc w:val="both"/>
        <w:rPr>
          <w:rFonts w:ascii="Clinica Pro" w:hAnsi="Clinica Pro"/>
          <w:lang w:val="ru-RU"/>
        </w:rPr>
      </w:pPr>
      <w:r w:rsidRPr="00FF32C5">
        <w:rPr>
          <w:rFonts w:ascii="Clinica Pro" w:hAnsi="Clinica Pro"/>
          <w:lang w:val="ru-RU"/>
        </w:rPr>
        <w:t>4. акта оказанных услуг, если он требуется Организатором;</w:t>
      </w:r>
    </w:p>
    <w:p w14:paraId="7AEB3429" w14:textId="77777777" w:rsidR="008E72C3" w:rsidRPr="00FF32C5" w:rsidRDefault="00000000" w:rsidP="00FF32C5">
      <w:pPr>
        <w:ind w:left="227"/>
        <w:jc w:val="both"/>
        <w:rPr>
          <w:rFonts w:ascii="Clinica Pro" w:hAnsi="Clinica Pro"/>
          <w:lang w:val="ru-RU"/>
        </w:rPr>
      </w:pPr>
      <w:r w:rsidRPr="00FF32C5">
        <w:rPr>
          <w:rFonts w:ascii="Clinica Pro" w:hAnsi="Clinica Pro"/>
          <w:lang w:val="ru-RU"/>
        </w:rPr>
        <w:t>5. иных документов, необходимых для бухгалтерского учёта.</w:t>
      </w:r>
    </w:p>
    <w:p w14:paraId="2C3CF325" w14:textId="77777777" w:rsidR="008E72C3" w:rsidRPr="00FF32C5" w:rsidRDefault="00000000" w:rsidP="00FF32C5">
      <w:pPr>
        <w:jc w:val="both"/>
        <w:rPr>
          <w:rFonts w:ascii="Clinica Pro" w:hAnsi="Clinica Pro"/>
          <w:lang w:val="ru-RU"/>
        </w:rPr>
      </w:pPr>
      <w:r w:rsidRPr="00FF32C5">
        <w:rPr>
          <w:rFonts w:ascii="Clinica Pro" w:hAnsi="Clinica Pro"/>
          <w:lang w:val="ru-RU"/>
        </w:rPr>
        <w:t>Участник самостоятельно несёт ответственность за исчисление и уплату налогов, связанных с получением вознаграждения.</w:t>
      </w:r>
    </w:p>
    <w:p w14:paraId="39489BA6" w14:textId="77777777" w:rsidR="008E72C3" w:rsidRPr="00FF32C5" w:rsidRDefault="00000000" w:rsidP="00FF32C5">
      <w:pPr>
        <w:jc w:val="both"/>
        <w:rPr>
          <w:rFonts w:ascii="Clinica Pro" w:hAnsi="Clinica Pro"/>
          <w:lang w:val="ru-RU"/>
        </w:rPr>
      </w:pPr>
      <w:r w:rsidRPr="00FF32C5">
        <w:rPr>
          <w:rFonts w:ascii="Clinica Pro" w:hAnsi="Clinica Pro"/>
          <w:lang w:val="ru-RU"/>
        </w:rPr>
        <w:t>Если Участник применяет режим налогообложения, предусматривающий НДС, обязанность по оформлению документов с НДС определяется действующим законодательством и налоговым статусом Участника.</w:t>
      </w:r>
    </w:p>
    <w:p w14:paraId="3187F48A" w14:textId="77777777" w:rsidR="008E72C3" w:rsidRPr="00FF32C5" w:rsidRDefault="00000000" w:rsidP="00FF32C5">
      <w:pPr>
        <w:jc w:val="both"/>
        <w:rPr>
          <w:rFonts w:ascii="Clinica Pro" w:hAnsi="Clinica Pro"/>
          <w:lang w:val="ru-RU"/>
        </w:rPr>
      </w:pPr>
      <w:r w:rsidRPr="00FF32C5">
        <w:rPr>
          <w:rFonts w:ascii="Clinica Pro" w:hAnsi="Clinica Pro"/>
          <w:lang w:val="ru-RU"/>
        </w:rPr>
        <w:t>С отдельными Участниками Организатор вправе заключать индивидуальные договоры о реферальном сотрудничестве. В случае противоречия между индивидуальным договором и настоящей офертой применяются условия индивидуального договора.</w:t>
      </w:r>
    </w:p>
    <w:p w14:paraId="47BD25AD" w14:textId="77777777" w:rsidR="008E72C3" w:rsidRPr="00FF32C5" w:rsidRDefault="00000000" w:rsidP="00FF32C5">
      <w:pPr>
        <w:pStyle w:val="1"/>
        <w:jc w:val="both"/>
        <w:rPr>
          <w:rFonts w:ascii="Clinica Pro" w:hAnsi="Clinica Pro"/>
          <w:lang w:val="ru-RU"/>
        </w:rPr>
      </w:pPr>
      <w:r w:rsidRPr="00FF32C5">
        <w:rPr>
          <w:rFonts w:ascii="Clinica Pro" w:eastAsia="Times New Roman" w:hAnsi="Clinica Pro"/>
          <w:sz w:val="24"/>
          <w:lang w:val="ru-RU"/>
        </w:rPr>
        <w:t>11. Условия для физических лиц без статуса самозанятого, ИП или юридического лица</w:t>
      </w:r>
    </w:p>
    <w:p w14:paraId="3E5B4BFE" w14:textId="77777777" w:rsidR="008E72C3" w:rsidRPr="00FF32C5" w:rsidRDefault="00000000" w:rsidP="00FF32C5">
      <w:pPr>
        <w:jc w:val="both"/>
        <w:rPr>
          <w:rFonts w:ascii="Clinica Pro" w:hAnsi="Clinica Pro"/>
          <w:lang w:val="ru-RU"/>
        </w:rPr>
      </w:pPr>
      <w:r w:rsidRPr="00FF32C5">
        <w:rPr>
          <w:rFonts w:ascii="Clinica Pro" w:hAnsi="Clinica Pro"/>
          <w:lang w:val="ru-RU"/>
        </w:rPr>
        <w:t>Физические лица без статуса самозанятого, индивидуального предпринимателя или юридического лица участвуют в программе только как Клиенты-</w:t>
      </w:r>
      <w:proofErr w:type="spellStart"/>
      <w:r w:rsidRPr="00FF32C5">
        <w:rPr>
          <w:rFonts w:ascii="Clinica Pro" w:hAnsi="Clinica Pro"/>
          <w:lang w:val="ru-RU"/>
        </w:rPr>
        <w:t>рефереры</w:t>
      </w:r>
      <w:proofErr w:type="spellEnd"/>
      <w:r w:rsidRPr="00FF32C5">
        <w:rPr>
          <w:rFonts w:ascii="Clinica Pro" w:hAnsi="Clinica Pro"/>
          <w:lang w:val="ru-RU"/>
        </w:rPr>
        <w:t>.</w:t>
      </w:r>
    </w:p>
    <w:p w14:paraId="4F7F2990" w14:textId="77777777" w:rsidR="008E72C3" w:rsidRPr="00FF32C5" w:rsidRDefault="00000000" w:rsidP="00FF32C5">
      <w:pPr>
        <w:jc w:val="both"/>
        <w:rPr>
          <w:rFonts w:ascii="Clinica Pro" w:hAnsi="Clinica Pro"/>
          <w:lang w:val="ru-RU"/>
        </w:rPr>
      </w:pPr>
      <w:r w:rsidRPr="00FF32C5">
        <w:rPr>
          <w:rFonts w:ascii="Clinica Pro" w:hAnsi="Clinica Pro"/>
          <w:lang w:val="ru-RU"/>
        </w:rPr>
        <w:t>Клиенту-</w:t>
      </w:r>
      <w:proofErr w:type="spellStart"/>
      <w:r w:rsidRPr="00FF32C5">
        <w:rPr>
          <w:rFonts w:ascii="Clinica Pro" w:hAnsi="Clinica Pro"/>
          <w:lang w:val="ru-RU"/>
        </w:rPr>
        <w:t>рефереру</w:t>
      </w:r>
      <w:proofErr w:type="spellEnd"/>
      <w:r w:rsidRPr="00FF32C5">
        <w:rPr>
          <w:rFonts w:ascii="Clinica Pro" w:hAnsi="Clinica Pro"/>
          <w:lang w:val="ru-RU"/>
        </w:rPr>
        <w:t xml:space="preserve"> могут начисляться бонусы </w:t>
      </w:r>
      <w:r w:rsidRPr="00FF32C5">
        <w:rPr>
          <w:rFonts w:ascii="Clinica Pro" w:hAnsi="Clinica Pro"/>
        </w:rPr>
        <w:t>GLAME</w:t>
      </w:r>
      <w:r w:rsidRPr="00FF32C5">
        <w:rPr>
          <w:rFonts w:ascii="Clinica Pro" w:hAnsi="Clinica Pro"/>
          <w:lang w:val="ru-RU"/>
        </w:rPr>
        <w:t xml:space="preserve"> в рамках программы лояльности </w:t>
      </w:r>
      <w:r w:rsidRPr="00FF32C5">
        <w:rPr>
          <w:rFonts w:ascii="Clinica Pro" w:hAnsi="Clinica Pro"/>
        </w:rPr>
        <w:t>GLAME</w:t>
      </w:r>
      <w:r w:rsidRPr="00FF32C5">
        <w:rPr>
          <w:rFonts w:ascii="Clinica Pro" w:hAnsi="Clinica Pro"/>
          <w:lang w:val="ru-RU"/>
        </w:rPr>
        <w:t xml:space="preserve"> «Клуб стильных».</w:t>
      </w:r>
    </w:p>
    <w:p w14:paraId="5C6A4E6E" w14:textId="77777777" w:rsidR="008E72C3" w:rsidRPr="00FF32C5" w:rsidRDefault="00000000" w:rsidP="00FF32C5">
      <w:pPr>
        <w:jc w:val="both"/>
        <w:rPr>
          <w:rFonts w:ascii="Clinica Pro" w:hAnsi="Clinica Pro"/>
          <w:lang w:val="ru-RU"/>
        </w:rPr>
      </w:pPr>
      <w:r w:rsidRPr="00FF32C5">
        <w:rPr>
          <w:rFonts w:ascii="Clinica Pro" w:hAnsi="Clinica Pro"/>
          <w:lang w:val="ru-RU"/>
        </w:rPr>
        <w:t>Размер реферальных бонусов Клиента-</w:t>
      </w:r>
      <w:proofErr w:type="spellStart"/>
      <w:r w:rsidRPr="00FF32C5">
        <w:rPr>
          <w:rFonts w:ascii="Clinica Pro" w:hAnsi="Clinica Pro"/>
          <w:lang w:val="ru-RU"/>
        </w:rPr>
        <w:t>реферера</w:t>
      </w:r>
      <w:proofErr w:type="spellEnd"/>
      <w:r w:rsidRPr="00FF32C5">
        <w:rPr>
          <w:rFonts w:ascii="Clinica Pro" w:hAnsi="Clinica Pro"/>
          <w:lang w:val="ru-RU"/>
        </w:rPr>
        <w:t xml:space="preserve"> определяется по тем же реферальным уровням, процентам и порогам годового реферального оборота, которые установлены разделом 6 настоящей оферты, если Организатором не предусмотрены иные условия конкретной акции.</w:t>
      </w:r>
    </w:p>
    <w:p w14:paraId="754FB8FC" w14:textId="77777777" w:rsidR="008E72C3" w:rsidRPr="00FF32C5" w:rsidRDefault="00000000" w:rsidP="00FF32C5">
      <w:pPr>
        <w:jc w:val="both"/>
        <w:rPr>
          <w:rFonts w:ascii="Clinica Pro" w:hAnsi="Clinica Pro"/>
          <w:lang w:val="ru-RU"/>
        </w:rPr>
      </w:pPr>
      <w:r w:rsidRPr="00FF32C5">
        <w:rPr>
          <w:rFonts w:ascii="Clinica Pro" w:hAnsi="Clinica Pro"/>
          <w:lang w:val="ru-RU"/>
        </w:rPr>
        <w:t xml:space="preserve">Бонусы </w:t>
      </w:r>
      <w:r w:rsidRPr="00FF32C5">
        <w:rPr>
          <w:rFonts w:ascii="Clinica Pro" w:hAnsi="Clinica Pro"/>
        </w:rPr>
        <w:t>GLAME</w:t>
      </w:r>
      <w:r w:rsidRPr="00FF32C5">
        <w:rPr>
          <w:rFonts w:ascii="Clinica Pro" w:hAnsi="Clinica Pro"/>
          <w:lang w:val="ru-RU"/>
        </w:rPr>
        <w:t>:</w:t>
      </w:r>
    </w:p>
    <w:p w14:paraId="0E789263" w14:textId="77777777" w:rsidR="008E72C3" w:rsidRPr="00FF32C5" w:rsidRDefault="00000000" w:rsidP="00FF32C5">
      <w:pPr>
        <w:ind w:left="227"/>
        <w:jc w:val="both"/>
        <w:rPr>
          <w:rFonts w:ascii="Clinica Pro" w:hAnsi="Clinica Pro"/>
          <w:lang w:val="ru-RU"/>
        </w:rPr>
      </w:pPr>
      <w:r w:rsidRPr="00FF32C5">
        <w:rPr>
          <w:rFonts w:ascii="Clinica Pro" w:hAnsi="Clinica Pro"/>
          <w:lang w:val="ru-RU"/>
        </w:rPr>
        <w:t>1. не являются денежным вознаграждением;</w:t>
      </w:r>
    </w:p>
    <w:p w14:paraId="42949696" w14:textId="77777777" w:rsidR="008E72C3" w:rsidRPr="00FF32C5" w:rsidRDefault="00000000" w:rsidP="00FF32C5">
      <w:pPr>
        <w:ind w:left="227"/>
        <w:jc w:val="both"/>
        <w:rPr>
          <w:rFonts w:ascii="Clinica Pro" w:hAnsi="Clinica Pro"/>
          <w:lang w:val="ru-RU"/>
        </w:rPr>
      </w:pPr>
      <w:r w:rsidRPr="00FF32C5">
        <w:rPr>
          <w:rFonts w:ascii="Clinica Pro" w:hAnsi="Clinica Pro"/>
          <w:lang w:val="ru-RU"/>
        </w:rPr>
        <w:t>2. не выдаются наличными;</w:t>
      </w:r>
    </w:p>
    <w:p w14:paraId="5961E24A" w14:textId="77777777" w:rsidR="008E72C3" w:rsidRPr="00FF32C5" w:rsidRDefault="00000000" w:rsidP="00FF32C5">
      <w:pPr>
        <w:ind w:left="227"/>
        <w:jc w:val="both"/>
        <w:rPr>
          <w:rFonts w:ascii="Clinica Pro" w:hAnsi="Clinica Pro"/>
          <w:lang w:val="ru-RU"/>
        </w:rPr>
      </w:pPr>
      <w:r w:rsidRPr="00FF32C5">
        <w:rPr>
          <w:rFonts w:ascii="Clinica Pro" w:hAnsi="Clinica Pro"/>
          <w:lang w:val="ru-RU"/>
        </w:rPr>
        <w:t>3. не перечисляются на банковскую карту;</w:t>
      </w:r>
    </w:p>
    <w:p w14:paraId="1B331D02" w14:textId="77777777" w:rsidR="008E72C3" w:rsidRPr="00FF32C5" w:rsidRDefault="00000000" w:rsidP="00FF32C5">
      <w:pPr>
        <w:ind w:left="227"/>
        <w:jc w:val="both"/>
        <w:rPr>
          <w:rFonts w:ascii="Clinica Pro" w:hAnsi="Clinica Pro"/>
          <w:lang w:val="ru-RU"/>
        </w:rPr>
      </w:pPr>
      <w:r w:rsidRPr="00FF32C5">
        <w:rPr>
          <w:rFonts w:ascii="Clinica Pro" w:hAnsi="Clinica Pro"/>
          <w:lang w:val="ru-RU"/>
        </w:rPr>
        <w:t>4. не подлежат обмену на деньги;</w:t>
      </w:r>
    </w:p>
    <w:p w14:paraId="12EC8D54" w14:textId="77777777" w:rsidR="008E72C3" w:rsidRPr="00FF32C5" w:rsidRDefault="00000000" w:rsidP="00FF32C5">
      <w:pPr>
        <w:ind w:left="227"/>
        <w:jc w:val="both"/>
        <w:rPr>
          <w:rFonts w:ascii="Clinica Pro" w:hAnsi="Clinica Pro"/>
          <w:lang w:val="ru-RU"/>
        </w:rPr>
      </w:pPr>
      <w:r w:rsidRPr="00FF32C5">
        <w:rPr>
          <w:rFonts w:ascii="Clinica Pro" w:hAnsi="Clinica Pro"/>
          <w:lang w:val="ru-RU"/>
        </w:rPr>
        <w:t>5. не могут быть переданы другому лицу, если иное не предусмотрено правилами программы лояльности;</w:t>
      </w:r>
    </w:p>
    <w:p w14:paraId="17F67A74" w14:textId="77777777" w:rsidR="008E72C3" w:rsidRPr="00FF32C5" w:rsidRDefault="00000000" w:rsidP="00FF32C5">
      <w:pPr>
        <w:ind w:left="227"/>
        <w:jc w:val="both"/>
        <w:rPr>
          <w:rFonts w:ascii="Clinica Pro" w:hAnsi="Clinica Pro"/>
          <w:lang w:val="ru-RU"/>
        </w:rPr>
      </w:pPr>
      <w:r w:rsidRPr="00FF32C5">
        <w:rPr>
          <w:rFonts w:ascii="Clinica Pro" w:hAnsi="Clinica Pro"/>
          <w:lang w:val="ru-RU"/>
        </w:rPr>
        <w:t xml:space="preserve">6. могут быть использованы только в магазинах </w:t>
      </w:r>
      <w:r w:rsidRPr="00FF32C5">
        <w:rPr>
          <w:rFonts w:ascii="Clinica Pro" w:hAnsi="Clinica Pro"/>
        </w:rPr>
        <w:t>GLAME</w:t>
      </w:r>
      <w:r w:rsidRPr="00FF32C5">
        <w:rPr>
          <w:rFonts w:ascii="Clinica Pro" w:hAnsi="Clinica Pro"/>
          <w:lang w:val="ru-RU"/>
        </w:rPr>
        <w:t xml:space="preserve">, приложении </w:t>
      </w:r>
      <w:r w:rsidRPr="00FF32C5">
        <w:rPr>
          <w:rFonts w:ascii="Clinica Pro" w:hAnsi="Clinica Pro"/>
        </w:rPr>
        <w:t>GLAME</w:t>
      </w:r>
      <w:r w:rsidRPr="00FF32C5">
        <w:rPr>
          <w:rFonts w:ascii="Clinica Pro" w:hAnsi="Clinica Pro"/>
          <w:lang w:val="ru-RU"/>
        </w:rPr>
        <w:t xml:space="preserve"> или иных каналах продаж </w:t>
      </w:r>
      <w:r w:rsidRPr="00FF32C5">
        <w:rPr>
          <w:rFonts w:ascii="Clinica Pro" w:hAnsi="Clinica Pro"/>
        </w:rPr>
        <w:t>GLAME</w:t>
      </w:r>
      <w:r w:rsidRPr="00FF32C5">
        <w:rPr>
          <w:rFonts w:ascii="Clinica Pro" w:hAnsi="Clinica Pro"/>
          <w:lang w:val="ru-RU"/>
        </w:rPr>
        <w:t xml:space="preserve"> по правилам программы лояльности;</w:t>
      </w:r>
    </w:p>
    <w:p w14:paraId="65C46AB0" w14:textId="77777777" w:rsidR="008E72C3" w:rsidRPr="00FF32C5" w:rsidRDefault="00000000" w:rsidP="00FF32C5">
      <w:pPr>
        <w:ind w:left="227"/>
        <w:jc w:val="both"/>
        <w:rPr>
          <w:rFonts w:ascii="Clinica Pro" w:hAnsi="Clinica Pro"/>
          <w:lang w:val="ru-RU"/>
        </w:rPr>
      </w:pPr>
      <w:r w:rsidRPr="00FF32C5">
        <w:rPr>
          <w:rFonts w:ascii="Clinica Pro" w:hAnsi="Clinica Pro"/>
          <w:lang w:val="ru-RU"/>
        </w:rPr>
        <w:t xml:space="preserve">7. начисляются и списываются с учётом ограничений, установленных программой лояльности </w:t>
      </w:r>
      <w:r w:rsidRPr="00FF32C5">
        <w:rPr>
          <w:rFonts w:ascii="Clinica Pro" w:hAnsi="Clinica Pro"/>
        </w:rPr>
        <w:t>GLAME</w:t>
      </w:r>
      <w:r w:rsidRPr="00FF32C5">
        <w:rPr>
          <w:rFonts w:ascii="Clinica Pro" w:hAnsi="Clinica Pro"/>
          <w:lang w:val="ru-RU"/>
        </w:rPr>
        <w:t xml:space="preserve">, включая ограничения по товарам </w:t>
      </w:r>
      <w:r w:rsidRPr="00FF32C5">
        <w:rPr>
          <w:rFonts w:ascii="Clinica Pro" w:hAnsi="Clinica Pro"/>
        </w:rPr>
        <w:t>SALE</w:t>
      </w:r>
      <w:r w:rsidRPr="00FF32C5">
        <w:rPr>
          <w:rFonts w:ascii="Clinica Pro" w:hAnsi="Clinica Pro"/>
          <w:lang w:val="ru-RU"/>
        </w:rPr>
        <w:t>, подарочным сертификатам, сопутствующим материалам и подарочной упаковке.</w:t>
      </w:r>
    </w:p>
    <w:p w14:paraId="3B3DC4C5" w14:textId="77777777" w:rsidR="008E72C3" w:rsidRPr="00FF32C5" w:rsidRDefault="00000000" w:rsidP="00FF32C5">
      <w:pPr>
        <w:jc w:val="both"/>
        <w:rPr>
          <w:rFonts w:ascii="Clinica Pro" w:hAnsi="Clinica Pro"/>
          <w:lang w:val="ru-RU"/>
        </w:rPr>
      </w:pPr>
      <w:r w:rsidRPr="00FF32C5">
        <w:rPr>
          <w:rFonts w:ascii="Clinica Pro" w:hAnsi="Clinica Pro"/>
          <w:lang w:val="ru-RU"/>
        </w:rPr>
        <w:t xml:space="preserve">Если правила программы лояльности </w:t>
      </w:r>
      <w:r w:rsidRPr="00FF32C5">
        <w:rPr>
          <w:rFonts w:ascii="Clinica Pro" w:hAnsi="Clinica Pro"/>
        </w:rPr>
        <w:t>GLAME</w:t>
      </w:r>
      <w:r w:rsidRPr="00FF32C5">
        <w:rPr>
          <w:rFonts w:ascii="Clinica Pro" w:hAnsi="Clinica Pro"/>
          <w:lang w:val="ru-RU"/>
        </w:rPr>
        <w:t xml:space="preserve"> и настоящая оферта регулируют один и тот же вопрос по-разному, применяются специальные правила настоящей оферты в части реферальной программы, если иное прямо не указано Организатором.</w:t>
      </w:r>
    </w:p>
    <w:p w14:paraId="4BB28372" w14:textId="77777777" w:rsidR="008E72C3" w:rsidRPr="00FF32C5" w:rsidRDefault="00000000" w:rsidP="00FF32C5">
      <w:pPr>
        <w:pStyle w:val="1"/>
        <w:jc w:val="both"/>
        <w:rPr>
          <w:rFonts w:ascii="Clinica Pro" w:hAnsi="Clinica Pro"/>
          <w:lang w:val="ru-RU"/>
        </w:rPr>
      </w:pPr>
      <w:r w:rsidRPr="00FF32C5">
        <w:rPr>
          <w:rFonts w:ascii="Clinica Pro" w:eastAsia="Times New Roman" w:hAnsi="Clinica Pro"/>
          <w:sz w:val="24"/>
          <w:lang w:val="ru-RU"/>
        </w:rPr>
        <w:t>12. Порядок фиксации рекомендации</w:t>
      </w:r>
    </w:p>
    <w:p w14:paraId="1A698A01" w14:textId="77777777" w:rsidR="008E72C3" w:rsidRPr="00FF32C5" w:rsidRDefault="00000000" w:rsidP="00FF32C5">
      <w:pPr>
        <w:jc w:val="both"/>
        <w:rPr>
          <w:rFonts w:ascii="Clinica Pro" w:hAnsi="Clinica Pro"/>
          <w:lang w:val="ru-RU"/>
        </w:rPr>
      </w:pPr>
      <w:r w:rsidRPr="00FF32C5">
        <w:rPr>
          <w:rFonts w:ascii="Clinica Pro" w:eastAsia="Arial" w:hAnsi="Clinica Pro"/>
          <w:sz w:val="20"/>
          <w:lang w:val="ru-RU"/>
        </w:rPr>
        <w:t xml:space="preserve">Рекомендация считается зафиксированной, если до оформления покупки в офлайн-магазине, приложении, на сайте или ином онлайн-канале </w:t>
      </w:r>
      <w:r w:rsidRPr="00FF32C5">
        <w:rPr>
          <w:rFonts w:ascii="Clinica Pro" w:eastAsia="Arial" w:hAnsi="Clinica Pro"/>
          <w:sz w:val="20"/>
        </w:rPr>
        <w:t>GLAME</w:t>
      </w:r>
      <w:r w:rsidRPr="00FF32C5">
        <w:rPr>
          <w:rFonts w:ascii="Clinica Pro" w:eastAsia="Arial" w:hAnsi="Clinica Pro"/>
          <w:sz w:val="20"/>
          <w:lang w:val="ru-RU"/>
        </w:rPr>
        <w:t xml:space="preserve"> клиент:</w:t>
      </w:r>
    </w:p>
    <w:p w14:paraId="5DDFF6D1" w14:textId="77777777" w:rsidR="008E72C3" w:rsidRPr="00FF32C5" w:rsidRDefault="00000000" w:rsidP="00FF32C5">
      <w:pPr>
        <w:ind w:left="227"/>
        <w:jc w:val="both"/>
        <w:rPr>
          <w:rFonts w:ascii="Clinica Pro" w:hAnsi="Clinica Pro"/>
          <w:lang w:val="ru-RU"/>
        </w:rPr>
      </w:pPr>
      <w:r w:rsidRPr="00FF32C5">
        <w:rPr>
          <w:rFonts w:ascii="Clinica Pro" w:eastAsia="Arial" w:hAnsi="Clinica Pro"/>
          <w:sz w:val="20"/>
          <w:lang w:val="ru-RU"/>
        </w:rPr>
        <w:t xml:space="preserve">1. назвал персональный реферальный код Участника продавцу/стилисту-консультанту </w:t>
      </w:r>
      <w:r w:rsidRPr="00FF32C5">
        <w:rPr>
          <w:rFonts w:ascii="Clinica Pro" w:eastAsia="Arial" w:hAnsi="Clinica Pro"/>
          <w:sz w:val="20"/>
        </w:rPr>
        <w:t>GLAME</w:t>
      </w:r>
      <w:r w:rsidRPr="00FF32C5">
        <w:rPr>
          <w:rFonts w:ascii="Clinica Pro" w:eastAsia="Arial" w:hAnsi="Clinica Pro"/>
          <w:sz w:val="20"/>
          <w:lang w:val="ru-RU"/>
        </w:rPr>
        <w:t xml:space="preserve"> в офлайн-магазине;</w:t>
      </w:r>
    </w:p>
    <w:p w14:paraId="740CA170" w14:textId="77777777" w:rsidR="008E72C3" w:rsidRPr="00FF32C5" w:rsidRDefault="00000000" w:rsidP="00FF32C5">
      <w:pPr>
        <w:ind w:left="227"/>
        <w:jc w:val="both"/>
        <w:rPr>
          <w:rFonts w:ascii="Clinica Pro" w:hAnsi="Clinica Pro"/>
          <w:lang w:val="ru-RU"/>
        </w:rPr>
      </w:pPr>
      <w:r w:rsidRPr="00FF32C5">
        <w:rPr>
          <w:rFonts w:ascii="Clinica Pro" w:eastAsia="Arial" w:hAnsi="Clinica Pro"/>
          <w:sz w:val="20"/>
          <w:lang w:val="ru-RU"/>
        </w:rPr>
        <w:lastRenderedPageBreak/>
        <w:t xml:space="preserve">2. ввёл персональный реферальный код Участника в приложении, на сайте или в иной форме онлайн-заказа </w:t>
      </w:r>
      <w:r w:rsidRPr="00FF32C5">
        <w:rPr>
          <w:rFonts w:ascii="Clinica Pro" w:eastAsia="Arial" w:hAnsi="Clinica Pro"/>
          <w:sz w:val="20"/>
        </w:rPr>
        <w:t>GLAME</w:t>
      </w:r>
      <w:r w:rsidRPr="00FF32C5">
        <w:rPr>
          <w:rFonts w:ascii="Clinica Pro" w:eastAsia="Arial" w:hAnsi="Clinica Pro"/>
          <w:sz w:val="20"/>
          <w:lang w:val="ru-RU"/>
        </w:rPr>
        <w:t>;</w:t>
      </w:r>
    </w:p>
    <w:p w14:paraId="239A4D03" w14:textId="77777777" w:rsidR="008E72C3" w:rsidRPr="00FF32C5" w:rsidRDefault="00000000" w:rsidP="00FF32C5">
      <w:pPr>
        <w:ind w:left="227"/>
        <w:jc w:val="both"/>
        <w:rPr>
          <w:rFonts w:ascii="Clinica Pro" w:hAnsi="Clinica Pro"/>
          <w:lang w:val="ru-RU"/>
        </w:rPr>
      </w:pPr>
      <w:r w:rsidRPr="00FF32C5">
        <w:rPr>
          <w:rFonts w:ascii="Clinica Pro" w:eastAsia="Arial" w:hAnsi="Clinica Pro"/>
          <w:sz w:val="20"/>
          <w:lang w:val="ru-RU"/>
        </w:rPr>
        <w:t xml:space="preserve">3. показал сообщение, карточку, </w:t>
      </w:r>
      <w:r w:rsidRPr="00FF32C5">
        <w:rPr>
          <w:rFonts w:ascii="Clinica Pro" w:eastAsia="Arial" w:hAnsi="Clinica Pro"/>
          <w:sz w:val="20"/>
        </w:rPr>
        <w:t>QR</w:t>
      </w:r>
      <w:r w:rsidRPr="00FF32C5">
        <w:rPr>
          <w:rFonts w:ascii="Clinica Pro" w:eastAsia="Arial" w:hAnsi="Clinica Pro"/>
          <w:sz w:val="20"/>
          <w:lang w:val="ru-RU"/>
        </w:rPr>
        <w:t>-код или иной идентификатор Участника;</w:t>
      </w:r>
    </w:p>
    <w:p w14:paraId="71892136" w14:textId="77777777" w:rsidR="008E72C3" w:rsidRPr="00FF32C5" w:rsidRDefault="00000000" w:rsidP="00FF32C5">
      <w:pPr>
        <w:ind w:left="227"/>
        <w:jc w:val="both"/>
        <w:rPr>
          <w:rFonts w:ascii="Clinica Pro" w:hAnsi="Clinica Pro"/>
          <w:lang w:val="ru-RU"/>
        </w:rPr>
      </w:pPr>
      <w:r w:rsidRPr="00FF32C5">
        <w:rPr>
          <w:rFonts w:ascii="Clinica Pro" w:eastAsia="Arial" w:hAnsi="Clinica Pro"/>
          <w:sz w:val="20"/>
          <w:lang w:val="ru-RU"/>
        </w:rPr>
        <w:t>4. перешёл по ссылке Участника и оставил заявку;</w:t>
      </w:r>
    </w:p>
    <w:p w14:paraId="34CC0C81" w14:textId="77777777" w:rsidR="008E72C3" w:rsidRPr="00FF32C5" w:rsidRDefault="00000000" w:rsidP="00FF32C5">
      <w:pPr>
        <w:jc w:val="both"/>
        <w:rPr>
          <w:rFonts w:ascii="Clinica Pro" w:hAnsi="Clinica Pro"/>
          <w:lang w:val="ru-RU"/>
        </w:rPr>
      </w:pPr>
      <w:r w:rsidRPr="00FF32C5">
        <w:rPr>
          <w:rFonts w:ascii="Clinica Pro" w:eastAsia="Arial" w:hAnsi="Clinica Pro"/>
          <w:sz w:val="20"/>
          <w:lang w:val="ru-RU"/>
        </w:rPr>
        <w:t xml:space="preserve">5. был внесён в систему </w:t>
      </w:r>
      <w:r w:rsidRPr="00FF32C5">
        <w:rPr>
          <w:rFonts w:ascii="Clinica Pro" w:eastAsia="Arial" w:hAnsi="Clinica Pro"/>
          <w:sz w:val="20"/>
        </w:rPr>
        <w:t>GLAME</w:t>
      </w:r>
      <w:r w:rsidRPr="00FF32C5">
        <w:rPr>
          <w:rFonts w:ascii="Clinica Pro" w:eastAsia="Arial" w:hAnsi="Clinica Pro"/>
          <w:sz w:val="20"/>
          <w:lang w:val="ru-RU"/>
        </w:rPr>
        <w:t xml:space="preserve"> и подтвердил, что пришёл по рекомендации Участника.</w:t>
      </w:r>
    </w:p>
    <w:p w14:paraId="13087C52" w14:textId="77777777" w:rsidR="008E72C3" w:rsidRPr="00FF32C5" w:rsidRDefault="00000000" w:rsidP="00FF32C5">
      <w:pPr>
        <w:jc w:val="both"/>
        <w:rPr>
          <w:rFonts w:ascii="Clinica Pro" w:hAnsi="Clinica Pro"/>
          <w:lang w:val="ru-RU"/>
        </w:rPr>
      </w:pPr>
      <w:r w:rsidRPr="00FF32C5">
        <w:rPr>
          <w:rFonts w:ascii="Clinica Pro" w:eastAsia="Arial" w:hAnsi="Clinica Pro"/>
          <w:sz w:val="20"/>
          <w:lang w:val="ru-RU"/>
        </w:rPr>
        <w:t xml:space="preserve">Реферальный код может быть указан как в офлайн-магазине </w:t>
      </w:r>
      <w:r w:rsidRPr="00FF32C5">
        <w:rPr>
          <w:rFonts w:ascii="Clinica Pro" w:eastAsia="Arial" w:hAnsi="Clinica Pro"/>
          <w:sz w:val="20"/>
        </w:rPr>
        <w:t>GLAME</w:t>
      </w:r>
      <w:r w:rsidRPr="00FF32C5">
        <w:rPr>
          <w:rFonts w:ascii="Clinica Pro" w:eastAsia="Arial" w:hAnsi="Clinica Pro"/>
          <w:sz w:val="20"/>
          <w:lang w:val="ru-RU"/>
        </w:rPr>
        <w:t xml:space="preserve">, так и в приложении, на сайте или ином онлайн-канале продаж </w:t>
      </w:r>
      <w:r w:rsidRPr="00FF32C5">
        <w:rPr>
          <w:rFonts w:ascii="Clinica Pro" w:eastAsia="Arial" w:hAnsi="Clinica Pro"/>
          <w:sz w:val="20"/>
        </w:rPr>
        <w:t>GLAME</w:t>
      </w:r>
      <w:r w:rsidRPr="00FF32C5">
        <w:rPr>
          <w:rFonts w:ascii="Clinica Pro" w:eastAsia="Arial" w:hAnsi="Clinica Pro"/>
          <w:sz w:val="20"/>
          <w:lang w:val="ru-RU"/>
        </w:rPr>
        <w:t>. Код должен быть указан до оформления покупки или до завершения оформления онлайн-заказа.</w:t>
      </w:r>
    </w:p>
    <w:p w14:paraId="479605E5" w14:textId="77777777" w:rsidR="008E72C3" w:rsidRPr="00FF32C5" w:rsidRDefault="00000000" w:rsidP="00FF32C5">
      <w:pPr>
        <w:jc w:val="both"/>
        <w:rPr>
          <w:rFonts w:ascii="Clinica Pro" w:hAnsi="Clinica Pro"/>
          <w:lang w:val="ru-RU"/>
        </w:rPr>
      </w:pPr>
      <w:r w:rsidRPr="00FF32C5">
        <w:rPr>
          <w:rFonts w:ascii="Clinica Pro" w:hAnsi="Clinica Pro"/>
          <w:lang w:val="ru-RU"/>
        </w:rPr>
        <w:t>После оформления покупки добавление реферального кода задним числом не допускается, за исключением случаев технической ошибки, подтверждённой Организатором.</w:t>
      </w:r>
    </w:p>
    <w:p w14:paraId="616CED31" w14:textId="77777777" w:rsidR="008E72C3" w:rsidRPr="00FF32C5" w:rsidRDefault="00000000" w:rsidP="00FF32C5">
      <w:pPr>
        <w:jc w:val="both"/>
        <w:rPr>
          <w:rFonts w:ascii="Clinica Pro" w:hAnsi="Clinica Pro"/>
          <w:lang w:val="ru-RU"/>
        </w:rPr>
      </w:pPr>
      <w:r w:rsidRPr="00FF32C5">
        <w:rPr>
          <w:rFonts w:ascii="Clinica Pro" w:hAnsi="Clinica Pro"/>
          <w:lang w:val="ru-RU"/>
        </w:rPr>
        <w:t>Если несколько Участников претендуют на одну рекомендацию, вознаграждение начисляется тому Участнику, чей реферальный код был указан клиентом до оформления покупки.</w:t>
      </w:r>
    </w:p>
    <w:p w14:paraId="2AD46A30" w14:textId="77777777" w:rsidR="008E72C3" w:rsidRPr="00FF32C5" w:rsidRDefault="00000000" w:rsidP="00FF32C5">
      <w:pPr>
        <w:jc w:val="both"/>
        <w:rPr>
          <w:rFonts w:ascii="Clinica Pro" w:hAnsi="Clinica Pro"/>
          <w:lang w:val="ru-RU"/>
        </w:rPr>
      </w:pPr>
      <w:r w:rsidRPr="00FF32C5">
        <w:rPr>
          <w:rFonts w:ascii="Clinica Pro" w:hAnsi="Clinica Pro"/>
          <w:lang w:val="ru-RU"/>
        </w:rPr>
        <w:t>Если клиент не указал реферальный код до оформления покупки, рекомендация не считается подтверждённой.</w:t>
      </w:r>
    </w:p>
    <w:p w14:paraId="31FA70CE" w14:textId="77777777" w:rsidR="008E72C3" w:rsidRPr="00FF32C5" w:rsidRDefault="00000000" w:rsidP="00FF32C5">
      <w:pPr>
        <w:pStyle w:val="1"/>
        <w:jc w:val="both"/>
        <w:rPr>
          <w:rFonts w:ascii="Clinica Pro" w:hAnsi="Clinica Pro"/>
          <w:lang w:val="ru-RU"/>
        </w:rPr>
      </w:pPr>
      <w:r w:rsidRPr="00FF32C5">
        <w:rPr>
          <w:rFonts w:ascii="Clinica Pro" w:eastAsia="Times New Roman" w:hAnsi="Clinica Pro"/>
          <w:sz w:val="24"/>
          <w:lang w:val="ru-RU"/>
        </w:rPr>
        <w:t>13. Персональные данные</w:t>
      </w:r>
    </w:p>
    <w:p w14:paraId="6FC65F9B" w14:textId="77777777" w:rsidR="008E72C3" w:rsidRPr="00FF32C5" w:rsidRDefault="00000000" w:rsidP="00FF32C5">
      <w:pPr>
        <w:jc w:val="both"/>
        <w:rPr>
          <w:rFonts w:ascii="Clinica Pro" w:hAnsi="Clinica Pro"/>
          <w:lang w:val="ru-RU"/>
        </w:rPr>
      </w:pPr>
      <w:r w:rsidRPr="00FF32C5">
        <w:rPr>
          <w:rFonts w:ascii="Clinica Pro" w:hAnsi="Clinica Pro"/>
          <w:lang w:val="ru-RU"/>
        </w:rPr>
        <w:t>Участник не вправе передавать Организатору персональные данные третьих лиц без их согласия.</w:t>
      </w:r>
    </w:p>
    <w:p w14:paraId="284EB62B" w14:textId="77777777" w:rsidR="008E72C3" w:rsidRPr="00FF32C5" w:rsidRDefault="00000000" w:rsidP="00FF32C5">
      <w:pPr>
        <w:jc w:val="both"/>
        <w:rPr>
          <w:rFonts w:ascii="Clinica Pro" w:hAnsi="Clinica Pro"/>
          <w:lang w:val="ru-RU"/>
        </w:rPr>
      </w:pPr>
      <w:r w:rsidRPr="00FF32C5">
        <w:rPr>
          <w:rFonts w:ascii="Clinica Pro" w:hAnsi="Clinica Pro"/>
          <w:lang w:val="ru-RU"/>
        </w:rPr>
        <w:t xml:space="preserve">Основной способ участия в программе — передача клиенту реферального кода, после чего клиент самостоятельно обращается в </w:t>
      </w:r>
      <w:r w:rsidRPr="00FF32C5">
        <w:rPr>
          <w:rFonts w:ascii="Clinica Pro" w:hAnsi="Clinica Pro"/>
        </w:rPr>
        <w:t>GLAME</w:t>
      </w:r>
      <w:r w:rsidRPr="00FF32C5">
        <w:rPr>
          <w:rFonts w:ascii="Clinica Pro" w:hAnsi="Clinica Pro"/>
          <w:lang w:val="ru-RU"/>
        </w:rPr>
        <w:t xml:space="preserve"> и при необходимости предоставляет свои данные Организатору.</w:t>
      </w:r>
    </w:p>
    <w:p w14:paraId="6EAF6902" w14:textId="77777777" w:rsidR="008E72C3" w:rsidRPr="00FF32C5" w:rsidRDefault="00000000" w:rsidP="00FF32C5">
      <w:pPr>
        <w:jc w:val="both"/>
        <w:rPr>
          <w:rFonts w:ascii="Clinica Pro" w:hAnsi="Clinica Pro"/>
          <w:lang w:val="ru-RU"/>
        </w:rPr>
      </w:pPr>
      <w:r w:rsidRPr="00FF32C5">
        <w:rPr>
          <w:rFonts w:ascii="Clinica Pro" w:hAnsi="Clinica Pro"/>
          <w:lang w:val="ru-RU"/>
        </w:rPr>
        <w:t>Если Участник передаёт Организатору имя, телефон или иные персональные данные клиента, Участник подтверждает, что получил согласие клиента на такую передачу.</w:t>
      </w:r>
    </w:p>
    <w:p w14:paraId="5A5C6650" w14:textId="77777777" w:rsidR="008E72C3" w:rsidRPr="00FF32C5" w:rsidRDefault="00000000" w:rsidP="00FF32C5">
      <w:pPr>
        <w:jc w:val="both"/>
        <w:rPr>
          <w:rFonts w:ascii="Clinica Pro" w:hAnsi="Clinica Pro"/>
          <w:lang w:val="ru-RU"/>
        </w:rPr>
      </w:pPr>
      <w:r w:rsidRPr="00FF32C5">
        <w:rPr>
          <w:rFonts w:ascii="Clinica Pro" w:hAnsi="Clinica Pro"/>
          <w:lang w:val="ru-RU"/>
        </w:rPr>
        <w:t>Участник несёт ответственность за незаконную передачу персональных данных третьих лиц.</w:t>
      </w:r>
    </w:p>
    <w:p w14:paraId="25CDFD2E" w14:textId="77777777" w:rsidR="008E72C3" w:rsidRPr="00FF32C5" w:rsidRDefault="00000000" w:rsidP="00FF32C5">
      <w:pPr>
        <w:jc w:val="both"/>
        <w:rPr>
          <w:rFonts w:ascii="Clinica Pro" w:hAnsi="Clinica Pro"/>
          <w:lang w:val="ru-RU"/>
        </w:rPr>
      </w:pPr>
      <w:r w:rsidRPr="00FF32C5">
        <w:rPr>
          <w:rFonts w:ascii="Clinica Pro" w:hAnsi="Clinica Pro"/>
          <w:lang w:val="ru-RU"/>
        </w:rPr>
        <w:t>Организатор обрабатывает персональные данные Участника и Рекомендованного клиента в целях исполнения настоящей оферты, ведения учёта рекомендаций, начисления бонусов, выплаты вознаграждения, бухгалтерского и налогового учёта, а также соблюдения требований законодательства Российской Федерации.</w:t>
      </w:r>
    </w:p>
    <w:p w14:paraId="6A7699B0" w14:textId="77777777" w:rsidR="008E72C3" w:rsidRPr="00FF32C5" w:rsidRDefault="00000000" w:rsidP="00FF32C5">
      <w:pPr>
        <w:jc w:val="both"/>
        <w:rPr>
          <w:rFonts w:ascii="Clinica Pro" w:hAnsi="Clinica Pro"/>
          <w:lang w:val="ru-RU"/>
        </w:rPr>
      </w:pPr>
      <w:r w:rsidRPr="00FF32C5">
        <w:rPr>
          <w:rFonts w:ascii="Clinica Pro" w:hAnsi="Clinica Pro"/>
          <w:lang w:val="ru-RU"/>
        </w:rPr>
        <w:t xml:space="preserve">Присоединяясь к программе, Участник отдельно подтверждает согласие на обработку своих персональных данных в соответствии с Политикой обработки персональных данных </w:t>
      </w:r>
      <w:r w:rsidRPr="00FF32C5">
        <w:rPr>
          <w:rFonts w:ascii="Clinica Pro" w:hAnsi="Clinica Pro"/>
        </w:rPr>
        <w:t>GLAME</w:t>
      </w:r>
      <w:r w:rsidRPr="00FF32C5">
        <w:rPr>
          <w:rFonts w:ascii="Clinica Pro" w:hAnsi="Clinica Pro"/>
          <w:lang w:val="ru-RU"/>
        </w:rPr>
        <w:t xml:space="preserve"> и отдельным согласием на обработку персональных данных.</w:t>
      </w:r>
    </w:p>
    <w:p w14:paraId="62F2D5D1" w14:textId="77777777" w:rsidR="008E72C3" w:rsidRPr="00FF32C5" w:rsidRDefault="00000000" w:rsidP="00FF32C5">
      <w:pPr>
        <w:jc w:val="both"/>
        <w:rPr>
          <w:rFonts w:ascii="Clinica Pro" w:hAnsi="Clinica Pro"/>
          <w:lang w:val="ru-RU"/>
        </w:rPr>
      </w:pPr>
      <w:r w:rsidRPr="00FF32C5">
        <w:rPr>
          <w:rFonts w:ascii="Clinica Pro" w:hAnsi="Clinica Pro"/>
          <w:lang w:val="ru-RU"/>
        </w:rPr>
        <w:t>Если для участия в программе, получения бонусов или денежного вознаграждения требуется получение дополнительных согласий, Участник обязан предоставить такие согласия до начала участия в соответствующей части программы.</w:t>
      </w:r>
    </w:p>
    <w:p w14:paraId="1901ADD0" w14:textId="77777777" w:rsidR="008E72C3" w:rsidRPr="00FF32C5" w:rsidRDefault="00000000" w:rsidP="00FF32C5">
      <w:pPr>
        <w:jc w:val="both"/>
        <w:rPr>
          <w:rFonts w:ascii="Clinica Pro" w:hAnsi="Clinica Pro"/>
          <w:lang w:val="ru-RU"/>
        </w:rPr>
      </w:pPr>
      <w:r w:rsidRPr="00FF32C5">
        <w:rPr>
          <w:rFonts w:ascii="Clinica Pro" w:hAnsi="Clinica Pro"/>
          <w:lang w:val="ru-RU"/>
        </w:rPr>
        <w:t xml:space="preserve">Если Участник направляет сообщения о </w:t>
      </w:r>
      <w:r w:rsidRPr="00FF32C5">
        <w:rPr>
          <w:rFonts w:ascii="Clinica Pro" w:hAnsi="Clinica Pro"/>
        </w:rPr>
        <w:t>GLAME</w:t>
      </w:r>
      <w:r w:rsidRPr="00FF32C5">
        <w:rPr>
          <w:rFonts w:ascii="Clinica Pro" w:hAnsi="Clinica Pro"/>
          <w:lang w:val="ru-RU"/>
        </w:rPr>
        <w:t xml:space="preserve"> третьим лицам, он самостоятельно отвечает за наличие законных оснований для такого общения, включая получение согласия адресата, если такое согласие требуется законом.</w:t>
      </w:r>
    </w:p>
    <w:p w14:paraId="7075B3D7" w14:textId="77777777" w:rsidR="008E72C3" w:rsidRPr="00FF32C5" w:rsidRDefault="00000000" w:rsidP="00FF32C5">
      <w:pPr>
        <w:pStyle w:val="1"/>
        <w:jc w:val="both"/>
        <w:rPr>
          <w:rFonts w:ascii="Clinica Pro" w:hAnsi="Clinica Pro"/>
          <w:lang w:val="ru-RU"/>
        </w:rPr>
      </w:pPr>
      <w:r w:rsidRPr="00FF32C5">
        <w:rPr>
          <w:rFonts w:ascii="Clinica Pro" w:eastAsia="Times New Roman" w:hAnsi="Clinica Pro"/>
          <w:sz w:val="24"/>
          <w:lang w:val="ru-RU"/>
        </w:rPr>
        <w:t xml:space="preserve">14. Использование материалов </w:t>
      </w:r>
      <w:r w:rsidRPr="00FF32C5">
        <w:rPr>
          <w:rFonts w:ascii="Clinica Pro" w:eastAsia="Times New Roman" w:hAnsi="Clinica Pro"/>
          <w:sz w:val="24"/>
        </w:rPr>
        <w:t>GLAME</w:t>
      </w:r>
      <w:r w:rsidRPr="00FF32C5">
        <w:rPr>
          <w:rFonts w:ascii="Clinica Pro" w:eastAsia="Times New Roman" w:hAnsi="Clinica Pro"/>
          <w:sz w:val="24"/>
          <w:lang w:val="ru-RU"/>
        </w:rPr>
        <w:t xml:space="preserve"> и интернет-реклама</w:t>
      </w:r>
    </w:p>
    <w:p w14:paraId="6E81308B" w14:textId="77777777" w:rsidR="008E72C3" w:rsidRPr="00FF32C5" w:rsidRDefault="00000000" w:rsidP="00FF32C5">
      <w:pPr>
        <w:jc w:val="both"/>
        <w:rPr>
          <w:rFonts w:ascii="Clinica Pro" w:hAnsi="Clinica Pro"/>
          <w:lang w:val="ru-RU"/>
        </w:rPr>
      </w:pPr>
      <w:r w:rsidRPr="00FF32C5">
        <w:rPr>
          <w:rFonts w:ascii="Clinica Pro" w:hAnsi="Clinica Pro"/>
          <w:lang w:val="ru-RU"/>
        </w:rPr>
        <w:t xml:space="preserve">Участник вправе использовать только те материалы </w:t>
      </w:r>
      <w:r w:rsidRPr="00FF32C5">
        <w:rPr>
          <w:rFonts w:ascii="Clinica Pro" w:hAnsi="Clinica Pro"/>
        </w:rPr>
        <w:t>GLAME</w:t>
      </w:r>
      <w:r w:rsidRPr="00FF32C5">
        <w:rPr>
          <w:rFonts w:ascii="Clinica Pro" w:hAnsi="Clinica Pro"/>
          <w:lang w:val="ru-RU"/>
        </w:rPr>
        <w:t>, которые были предоставлены или согласованы Организатором для участия в реферальной программе.</w:t>
      </w:r>
    </w:p>
    <w:p w14:paraId="6D3044D9" w14:textId="77777777" w:rsidR="008E72C3" w:rsidRPr="00FF32C5" w:rsidRDefault="00000000" w:rsidP="00FF32C5">
      <w:pPr>
        <w:jc w:val="both"/>
        <w:rPr>
          <w:rFonts w:ascii="Clinica Pro" w:hAnsi="Clinica Pro"/>
          <w:lang w:val="ru-RU"/>
        </w:rPr>
      </w:pPr>
      <w:r w:rsidRPr="00FF32C5">
        <w:rPr>
          <w:rFonts w:ascii="Clinica Pro" w:hAnsi="Clinica Pro"/>
          <w:lang w:val="ru-RU"/>
        </w:rPr>
        <w:t>Участнику запрещается:</w:t>
      </w:r>
    </w:p>
    <w:p w14:paraId="6FCE1883" w14:textId="77777777" w:rsidR="008E72C3" w:rsidRPr="00FF32C5" w:rsidRDefault="00000000" w:rsidP="00FF32C5">
      <w:pPr>
        <w:ind w:left="227"/>
        <w:jc w:val="both"/>
        <w:rPr>
          <w:rFonts w:ascii="Clinica Pro" w:hAnsi="Clinica Pro"/>
          <w:lang w:val="ru-RU"/>
        </w:rPr>
      </w:pPr>
      <w:r w:rsidRPr="00FF32C5">
        <w:rPr>
          <w:rFonts w:ascii="Clinica Pro" w:hAnsi="Clinica Pro"/>
          <w:lang w:val="ru-RU"/>
        </w:rPr>
        <w:t xml:space="preserve">1. изменять логотип </w:t>
      </w:r>
      <w:r w:rsidRPr="00FF32C5">
        <w:rPr>
          <w:rFonts w:ascii="Clinica Pro" w:hAnsi="Clinica Pro"/>
        </w:rPr>
        <w:t>GLAME</w:t>
      </w:r>
      <w:r w:rsidRPr="00FF32C5">
        <w:rPr>
          <w:rFonts w:ascii="Clinica Pro" w:hAnsi="Clinica Pro"/>
          <w:lang w:val="ru-RU"/>
        </w:rPr>
        <w:t>;</w:t>
      </w:r>
    </w:p>
    <w:p w14:paraId="508F5825" w14:textId="77777777" w:rsidR="008E72C3" w:rsidRPr="00FF32C5" w:rsidRDefault="00000000" w:rsidP="00FF32C5">
      <w:pPr>
        <w:ind w:left="227"/>
        <w:jc w:val="both"/>
        <w:rPr>
          <w:rFonts w:ascii="Clinica Pro" w:hAnsi="Clinica Pro"/>
          <w:lang w:val="ru-RU"/>
        </w:rPr>
      </w:pPr>
      <w:r w:rsidRPr="00FF32C5">
        <w:rPr>
          <w:rFonts w:ascii="Clinica Pro" w:hAnsi="Clinica Pro"/>
          <w:lang w:val="ru-RU"/>
        </w:rPr>
        <w:t xml:space="preserve">2. искажать фирменный стиль </w:t>
      </w:r>
      <w:r w:rsidRPr="00FF32C5">
        <w:rPr>
          <w:rFonts w:ascii="Clinica Pro" w:hAnsi="Clinica Pro"/>
        </w:rPr>
        <w:t>GLAME</w:t>
      </w:r>
      <w:r w:rsidRPr="00FF32C5">
        <w:rPr>
          <w:rFonts w:ascii="Clinica Pro" w:hAnsi="Clinica Pro"/>
          <w:lang w:val="ru-RU"/>
        </w:rPr>
        <w:t>;</w:t>
      </w:r>
    </w:p>
    <w:p w14:paraId="26355557" w14:textId="77777777" w:rsidR="008E72C3" w:rsidRPr="00FF32C5" w:rsidRDefault="00000000" w:rsidP="00FF32C5">
      <w:pPr>
        <w:ind w:left="227"/>
        <w:jc w:val="both"/>
        <w:rPr>
          <w:rFonts w:ascii="Clinica Pro" w:hAnsi="Clinica Pro"/>
          <w:lang w:val="ru-RU"/>
        </w:rPr>
      </w:pPr>
      <w:r w:rsidRPr="00FF32C5">
        <w:rPr>
          <w:rFonts w:ascii="Clinica Pro" w:hAnsi="Clinica Pro"/>
          <w:lang w:val="ru-RU"/>
        </w:rPr>
        <w:t xml:space="preserve">3. использовать фото, видео, тексты и иные материалы </w:t>
      </w:r>
      <w:r w:rsidRPr="00FF32C5">
        <w:rPr>
          <w:rFonts w:ascii="Clinica Pro" w:hAnsi="Clinica Pro"/>
        </w:rPr>
        <w:t>GLAME</w:t>
      </w:r>
      <w:r w:rsidRPr="00FF32C5">
        <w:rPr>
          <w:rFonts w:ascii="Clinica Pro" w:hAnsi="Clinica Pro"/>
          <w:lang w:val="ru-RU"/>
        </w:rPr>
        <w:t xml:space="preserve"> без согласования;</w:t>
      </w:r>
    </w:p>
    <w:p w14:paraId="6717B289" w14:textId="77777777" w:rsidR="008E72C3" w:rsidRPr="00FF32C5" w:rsidRDefault="00000000" w:rsidP="00FF32C5">
      <w:pPr>
        <w:ind w:left="227"/>
        <w:jc w:val="both"/>
        <w:rPr>
          <w:rFonts w:ascii="Clinica Pro" w:hAnsi="Clinica Pro"/>
          <w:lang w:val="ru-RU"/>
        </w:rPr>
      </w:pPr>
      <w:r w:rsidRPr="00FF32C5">
        <w:rPr>
          <w:rFonts w:ascii="Clinica Pro" w:hAnsi="Clinica Pro"/>
          <w:lang w:val="ru-RU"/>
        </w:rPr>
        <w:lastRenderedPageBreak/>
        <w:t xml:space="preserve">4. создавать впечатление, что публикация размещена от имени </w:t>
      </w:r>
      <w:r w:rsidRPr="00FF32C5">
        <w:rPr>
          <w:rFonts w:ascii="Clinica Pro" w:hAnsi="Clinica Pro"/>
        </w:rPr>
        <w:t>GLAME</w:t>
      </w:r>
      <w:r w:rsidRPr="00FF32C5">
        <w:rPr>
          <w:rFonts w:ascii="Clinica Pro" w:hAnsi="Clinica Pro"/>
          <w:lang w:val="ru-RU"/>
        </w:rPr>
        <w:t>, если это не согласовано Организатором;</w:t>
      </w:r>
    </w:p>
    <w:p w14:paraId="132919FF" w14:textId="77777777" w:rsidR="008E72C3" w:rsidRPr="00FF32C5" w:rsidRDefault="00000000" w:rsidP="00FF32C5">
      <w:pPr>
        <w:ind w:left="227"/>
        <w:jc w:val="both"/>
        <w:rPr>
          <w:rFonts w:ascii="Clinica Pro" w:hAnsi="Clinica Pro"/>
          <w:lang w:val="ru-RU"/>
        </w:rPr>
      </w:pPr>
      <w:r w:rsidRPr="00FF32C5">
        <w:rPr>
          <w:rFonts w:ascii="Clinica Pro" w:hAnsi="Clinica Pro"/>
          <w:lang w:val="ru-RU"/>
        </w:rPr>
        <w:t>5. использовать недостоверные сведения о товарах, ценах, скидках, бонусах, условиях покупки, возврата или гарантии.</w:t>
      </w:r>
    </w:p>
    <w:p w14:paraId="2AD71884" w14:textId="77777777" w:rsidR="008E72C3" w:rsidRPr="00FF32C5" w:rsidRDefault="00000000" w:rsidP="00FF32C5">
      <w:pPr>
        <w:jc w:val="both"/>
        <w:rPr>
          <w:rFonts w:ascii="Clinica Pro" w:hAnsi="Clinica Pro"/>
          <w:lang w:val="ru-RU"/>
        </w:rPr>
      </w:pPr>
      <w:r w:rsidRPr="00FF32C5">
        <w:rPr>
          <w:rFonts w:ascii="Clinica Pro" w:hAnsi="Clinica Pro"/>
          <w:lang w:val="ru-RU"/>
        </w:rPr>
        <w:t xml:space="preserve">Без дополнительного согласования Участник вправе осуществлять личные непубличные рекомендации </w:t>
      </w:r>
      <w:r w:rsidRPr="00FF32C5">
        <w:rPr>
          <w:rFonts w:ascii="Clinica Pro" w:hAnsi="Clinica Pro"/>
        </w:rPr>
        <w:t>GLAME</w:t>
      </w:r>
      <w:r w:rsidRPr="00FF32C5">
        <w:rPr>
          <w:rFonts w:ascii="Clinica Pro" w:hAnsi="Clinica Pro"/>
          <w:lang w:val="ru-RU"/>
        </w:rPr>
        <w:t>, не являющиеся публичным рекламным размещением: например, передать реферальный код знакомому, клиенту или иному лицу в личном сообщении либо устно, если такая передача не нарушает законодательство и права третьих лиц.</w:t>
      </w:r>
    </w:p>
    <w:p w14:paraId="18D4415E" w14:textId="77777777" w:rsidR="008E72C3" w:rsidRPr="00FF32C5" w:rsidRDefault="00000000" w:rsidP="00FF32C5">
      <w:pPr>
        <w:jc w:val="both"/>
        <w:rPr>
          <w:rFonts w:ascii="Clinica Pro" w:hAnsi="Clinica Pro"/>
          <w:lang w:val="ru-RU"/>
        </w:rPr>
      </w:pPr>
      <w:r w:rsidRPr="00FF32C5">
        <w:rPr>
          <w:rFonts w:ascii="Clinica Pro" w:hAnsi="Clinica Pro"/>
          <w:lang w:val="ru-RU"/>
        </w:rPr>
        <w:t xml:space="preserve">Если Участник планирует публично размещать информацию о </w:t>
      </w:r>
      <w:r w:rsidRPr="00FF32C5">
        <w:rPr>
          <w:rFonts w:ascii="Clinica Pro" w:hAnsi="Clinica Pro"/>
        </w:rPr>
        <w:t>GLAME</w:t>
      </w:r>
      <w:r w:rsidRPr="00FF32C5">
        <w:rPr>
          <w:rFonts w:ascii="Clinica Pro" w:hAnsi="Clinica Pro"/>
          <w:lang w:val="ru-RU"/>
        </w:rPr>
        <w:t xml:space="preserve"> в социальных сетях, мессенджерах, блогах, каналах, на сайтах или иных интернет-площадках, такое размещение должно быть предварительно согласовано с Организатором.</w:t>
      </w:r>
    </w:p>
    <w:p w14:paraId="21DC7C95" w14:textId="77777777" w:rsidR="008E72C3" w:rsidRPr="00FF32C5" w:rsidRDefault="00000000" w:rsidP="00FF32C5">
      <w:pPr>
        <w:jc w:val="both"/>
        <w:rPr>
          <w:rFonts w:ascii="Clinica Pro" w:hAnsi="Clinica Pro"/>
          <w:lang w:val="ru-RU"/>
        </w:rPr>
      </w:pPr>
      <w:r w:rsidRPr="00FF32C5">
        <w:rPr>
          <w:rFonts w:ascii="Clinica Pro" w:hAnsi="Clinica Pro"/>
          <w:lang w:val="ru-RU"/>
        </w:rPr>
        <w:t xml:space="preserve">Участник не вправе самостоятельно запускать рекламные публикации, таргетированную рекламу, рассылки, промоматериалы или иные публичные рекламные размещения от имени </w:t>
      </w:r>
      <w:r w:rsidRPr="00FF32C5">
        <w:rPr>
          <w:rFonts w:ascii="Clinica Pro" w:hAnsi="Clinica Pro"/>
        </w:rPr>
        <w:t>GLAME</w:t>
      </w:r>
      <w:r w:rsidRPr="00FF32C5">
        <w:rPr>
          <w:rFonts w:ascii="Clinica Pro" w:hAnsi="Clinica Pro"/>
          <w:lang w:val="ru-RU"/>
        </w:rPr>
        <w:t xml:space="preserve"> без письменного согласования Организатора.</w:t>
      </w:r>
    </w:p>
    <w:p w14:paraId="22A413E8" w14:textId="77777777" w:rsidR="008E72C3" w:rsidRPr="00FF32C5" w:rsidRDefault="00000000" w:rsidP="00FF32C5">
      <w:pPr>
        <w:jc w:val="both"/>
        <w:rPr>
          <w:rFonts w:ascii="Clinica Pro" w:hAnsi="Clinica Pro"/>
          <w:lang w:val="ru-RU"/>
        </w:rPr>
      </w:pPr>
      <w:r w:rsidRPr="00FF32C5">
        <w:rPr>
          <w:rFonts w:ascii="Clinica Pro" w:hAnsi="Clinica Pro"/>
          <w:lang w:val="ru-RU"/>
        </w:rPr>
        <w:t xml:space="preserve">Если размещение информации о </w:t>
      </w:r>
      <w:r w:rsidRPr="00FF32C5">
        <w:rPr>
          <w:rFonts w:ascii="Clinica Pro" w:hAnsi="Clinica Pro"/>
        </w:rPr>
        <w:t>GLAME</w:t>
      </w:r>
      <w:r w:rsidRPr="00FF32C5">
        <w:rPr>
          <w:rFonts w:ascii="Clinica Pro" w:hAnsi="Clinica Pro"/>
          <w:lang w:val="ru-RU"/>
        </w:rPr>
        <w:t xml:space="preserve"> признаётся рекламой, Участник обязан обеспечить соблюдение требований законодательства Российской Федерации о рекламе, включая маркировку «реклама», указание рекламодателя, получение идентификатора интернет-рекламы и передачу сведений через оператора рекламных данных, если такая обязанность применяется к соответствующему размещению и иное письменно не согласовано с Организатором.</w:t>
      </w:r>
    </w:p>
    <w:p w14:paraId="0B9C7277" w14:textId="77777777" w:rsidR="008E72C3" w:rsidRPr="00FF32C5" w:rsidRDefault="00000000" w:rsidP="00FF32C5">
      <w:pPr>
        <w:jc w:val="both"/>
        <w:rPr>
          <w:rFonts w:ascii="Clinica Pro" w:hAnsi="Clinica Pro"/>
          <w:lang w:val="ru-RU"/>
        </w:rPr>
      </w:pPr>
      <w:r w:rsidRPr="00FF32C5">
        <w:rPr>
          <w:rFonts w:ascii="Clinica Pro" w:hAnsi="Clinica Pro"/>
          <w:lang w:val="ru-RU"/>
        </w:rPr>
        <w:t xml:space="preserve">Публичное размещение информации, рекламных материалов, реферальных ссылок, реферальных кодов, упоминаний </w:t>
      </w:r>
      <w:r w:rsidRPr="00FF32C5">
        <w:rPr>
          <w:rFonts w:ascii="Clinica Pro" w:hAnsi="Clinica Pro"/>
        </w:rPr>
        <w:t>GLAME</w:t>
      </w:r>
      <w:r w:rsidRPr="00FF32C5">
        <w:rPr>
          <w:rFonts w:ascii="Clinica Pro" w:hAnsi="Clinica Pro"/>
          <w:lang w:val="ru-RU"/>
        </w:rPr>
        <w:t xml:space="preserve"> или материалов о товарах </w:t>
      </w:r>
      <w:r w:rsidRPr="00FF32C5">
        <w:rPr>
          <w:rFonts w:ascii="Clinica Pro" w:hAnsi="Clinica Pro"/>
        </w:rPr>
        <w:t>GLAME</w:t>
      </w:r>
      <w:r w:rsidRPr="00FF32C5">
        <w:rPr>
          <w:rFonts w:ascii="Clinica Pro" w:hAnsi="Clinica Pro"/>
          <w:lang w:val="ru-RU"/>
        </w:rPr>
        <w:t xml:space="preserve"> на информационных ресурсах иностранных агентов не допускается.</w:t>
      </w:r>
    </w:p>
    <w:p w14:paraId="0BE00824" w14:textId="77777777" w:rsidR="008E72C3" w:rsidRPr="00FF32C5" w:rsidRDefault="00000000" w:rsidP="00FF32C5">
      <w:pPr>
        <w:jc w:val="both"/>
        <w:rPr>
          <w:rFonts w:ascii="Clinica Pro" w:hAnsi="Clinica Pro"/>
          <w:lang w:val="ru-RU"/>
        </w:rPr>
      </w:pPr>
      <w:r w:rsidRPr="00FF32C5">
        <w:rPr>
          <w:rFonts w:ascii="Clinica Pro" w:hAnsi="Clinica Pro"/>
          <w:lang w:val="ru-RU"/>
        </w:rPr>
        <w:t xml:space="preserve">Участник не вправе размещать рекламу </w:t>
      </w:r>
      <w:r w:rsidRPr="00FF32C5">
        <w:rPr>
          <w:rFonts w:ascii="Clinica Pro" w:hAnsi="Clinica Pro"/>
        </w:rPr>
        <w:t>GLAME</w:t>
      </w:r>
      <w:r w:rsidRPr="00FF32C5">
        <w:rPr>
          <w:rFonts w:ascii="Clinica Pro" w:hAnsi="Clinica Pro"/>
          <w:lang w:val="ru-RU"/>
        </w:rPr>
        <w:t xml:space="preserve">, использовать изображения товаров, логотип, фирменный стиль, коммерческие предложения или иные рекламные материалы </w:t>
      </w:r>
      <w:r w:rsidRPr="00FF32C5">
        <w:rPr>
          <w:rFonts w:ascii="Clinica Pro" w:hAnsi="Clinica Pro"/>
        </w:rPr>
        <w:t>GLAME</w:t>
      </w:r>
      <w:r w:rsidRPr="00FF32C5">
        <w:rPr>
          <w:rFonts w:ascii="Clinica Pro" w:hAnsi="Clinica Pro"/>
          <w:lang w:val="ru-RU"/>
        </w:rPr>
        <w:t xml:space="preserve"> без письменного согласования Организатора.</w:t>
      </w:r>
    </w:p>
    <w:p w14:paraId="2CA4F671" w14:textId="77777777" w:rsidR="008E72C3" w:rsidRPr="00FF32C5" w:rsidRDefault="00000000" w:rsidP="00FF32C5">
      <w:pPr>
        <w:pStyle w:val="1"/>
        <w:jc w:val="both"/>
        <w:rPr>
          <w:rFonts w:ascii="Clinica Pro" w:hAnsi="Clinica Pro"/>
          <w:lang w:val="ru-RU"/>
        </w:rPr>
      </w:pPr>
      <w:r w:rsidRPr="00FF32C5">
        <w:rPr>
          <w:rFonts w:ascii="Clinica Pro" w:eastAsia="Times New Roman" w:hAnsi="Clinica Pro"/>
          <w:sz w:val="24"/>
          <w:lang w:val="ru-RU"/>
        </w:rPr>
        <w:t>15. Ограничения, связанные со статусом иностранного агента</w:t>
      </w:r>
    </w:p>
    <w:p w14:paraId="4F8F0AB7" w14:textId="77777777" w:rsidR="008E72C3" w:rsidRPr="00FF32C5" w:rsidRDefault="00000000" w:rsidP="00FF32C5">
      <w:pPr>
        <w:jc w:val="both"/>
        <w:rPr>
          <w:rFonts w:ascii="Clinica Pro" w:hAnsi="Clinica Pro"/>
          <w:lang w:val="ru-RU"/>
        </w:rPr>
      </w:pPr>
      <w:r w:rsidRPr="00FF32C5">
        <w:rPr>
          <w:rFonts w:ascii="Clinica Pro" w:hAnsi="Clinica Pro"/>
          <w:lang w:val="ru-RU"/>
        </w:rPr>
        <w:t>Участник подтверждает и гарантирует, что на дату акцепта настоящей оферты он не включён в реестр иностранных агентов, не является лицом, действующим от имени, по поручению, в интересах или в пользу иностранного агента, и не использует для участия в реферальной программе информационные ресурсы иностранных агентов.</w:t>
      </w:r>
    </w:p>
    <w:p w14:paraId="3D9AFB21" w14:textId="77777777" w:rsidR="008E72C3" w:rsidRPr="00FF32C5" w:rsidRDefault="00000000" w:rsidP="00FF32C5">
      <w:pPr>
        <w:jc w:val="both"/>
        <w:rPr>
          <w:rFonts w:ascii="Clinica Pro" w:hAnsi="Clinica Pro"/>
          <w:lang w:val="ru-RU"/>
        </w:rPr>
      </w:pPr>
      <w:r w:rsidRPr="00FF32C5">
        <w:rPr>
          <w:rFonts w:ascii="Clinica Pro" w:hAnsi="Clinica Pro"/>
          <w:lang w:val="ru-RU"/>
        </w:rPr>
        <w:t>Лица, включённые в реестр иностранных агентов, не допускаются к участию в реферальной программе в качестве Профессиональных участников программы и не имеют права на получение денежного реферального вознаграждения.</w:t>
      </w:r>
    </w:p>
    <w:p w14:paraId="7DA0E2FF" w14:textId="77777777" w:rsidR="008E72C3" w:rsidRPr="00FF32C5" w:rsidRDefault="00000000" w:rsidP="00FF32C5">
      <w:pPr>
        <w:jc w:val="both"/>
        <w:rPr>
          <w:rFonts w:ascii="Clinica Pro" w:hAnsi="Clinica Pro"/>
          <w:lang w:val="ru-RU"/>
        </w:rPr>
      </w:pPr>
      <w:r w:rsidRPr="00FF32C5">
        <w:rPr>
          <w:rFonts w:ascii="Clinica Pro" w:hAnsi="Clinica Pro"/>
          <w:lang w:val="ru-RU"/>
        </w:rPr>
        <w:t xml:space="preserve">Участник не вправе размещать, обеспечивать размещение, заказывать, оплачивать, согласовывать или иным образом распространять рекламу </w:t>
      </w:r>
      <w:r w:rsidRPr="00FF32C5">
        <w:rPr>
          <w:rFonts w:ascii="Clinica Pro" w:hAnsi="Clinica Pro"/>
        </w:rPr>
        <w:t>GLAME</w:t>
      </w:r>
      <w:r w:rsidRPr="00FF32C5">
        <w:rPr>
          <w:rFonts w:ascii="Clinica Pro" w:hAnsi="Clinica Pro"/>
          <w:lang w:val="ru-RU"/>
        </w:rPr>
        <w:t xml:space="preserve">, рекламные материалы </w:t>
      </w:r>
      <w:r w:rsidRPr="00FF32C5">
        <w:rPr>
          <w:rFonts w:ascii="Clinica Pro" w:hAnsi="Clinica Pro"/>
        </w:rPr>
        <w:t>GLAME</w:t>
      </w:r>
      <w:r w:rsidRPr="00FF32C5">
        <w:rPr>
          <w:rFonts w:ascii="Clinica Pro" w:hAnsi="Clinica Pro"/>
          <w:lang w:val="ru-RU"/>
        </w:rPr>
        <w:t xml:space="preserve">, реферальные ссылки, реферальные коды или иные публичные материалы о </w:t>
      </w:r>
      <w:r w:rsidRPr="00FF32C5">
        <w:rPr>
          <w:rFonts w:ascii="Clinica Pro" w:hAnsi="Clinica Pro"/>
        </w:rPr>
        <w:t>GLAME</w:t>
      </w:r>
      <w:r w:rsidRPr="00FF32C5">
        <w:rPr>
          <w:rFonts w:ascii="Clinica Pro" w:hAnsi="Clinica Pro"/>
          <w:lang w:val="ru-RU"/>
        </w:rPr>
        <w:t xml:space="preserve"> на информационных ресурсах иностранных агентов.</w:t>
      </w:r>
    </w:p>
    <w:p w14:paraId="203151D1" w14:textId="77777777" w:rsidR="008E72C3" w:rsidRPr="00FF32C5" w:rsidRDefault="00000000" w:rsidP="00FF32C5">
      <w:pPr>
        <w:jc w:val="both"/>
        <w:rPr>
          <w:rFonts w:ascii="Clinica Pro" w:hAnsi="Clinica Pro"/>
          <w:lang w:val="ru-RU"/>
        </w:rPr>
      </w:pPr>
      <w:r w:rsidRPr="00FF32C5">
        <w:rPr>
          <w:rFonts w:ascii="Clinica Pro" w:hAnsi="Clinica Pro"/>
          <w:lang w:val="ru-RU"/>
        </w:rPr>
        <w:t xml:space="preserve">До любого публичного размещения информации о </w:t>
      </w:r>
      <w:r w:rsidRPr="00FF32C5">
        <w:rPr>
          <w:rFonts w:ascii="Clinica Pro" w:hAnsi="Clinica Pro"/>
        </w:rPr>
        <w:t>GLAME</w:t>
      </w:r>
      <w:r w:rsidRPr="00FF32C5">
        <w:rPr>
          <w:rFonts w:ascii="Clinica Pro" w:hAnsi="Clinica Pro"/>
          <w:lang w:val="ru-RU"/>
        </w:rPr>
        <w:t xml:space="preserve"> в сети Интернет Участник обязан самостоятельно проверить, не относится ли выбранная площадка, аккаунт, канал, страница, блог, сайт или иной ресурс к информационным ресурсам иностранного агента, в том числе с использованием официального реестра иностранных агентов, размещаемого уполномоченным государственным органом Российской Федерации.</w:t>
      </w:r>
    </w:p>
    <w:p w14:paraId="1F1C7819" w14:textId="77777777" w:rsidR="008E72C3" w:rsidRPr="00FF32C5" w:rsidRDefault="00000000" w:rsidP="00FF32C5">
      <w:pPr>
        <w:jc w:val="both"/>
        <w:rPr>
          <w:rFonts w:ascii="Clinica Pro" w:hAnsi="Clinica Pro"/>
          <w:lang w:val="ru-RU"/>
        </w:rPr>
      </w:pPr>
      <w:r w:rsidRPr="00FF32C5">
        <w:rPr>
          <w:rFonts w:ascii="Clinica Pro" w:hAnsi="Clinica Pro"/>
          <w:lang w:val="ru-RU"/>
        </w:rPr>
        <w:t xml:space="preserve">Если Участник был включён в реестр иностранных агентов, утратил право участвовать в программе, узнал о размещении информации о </w:t>
      </w:r>
      <w:r w:rsidRPr="00FF32C5">
        <w:rPr>
          <w:rFonts w:ascii="Clinica Pro" w:hAnsi="Clinica Pro"/>
        </w:rPr>
        <w:t>GLAME</w:t>
      </w:r>
      <w:r w:rsidRPr="00FF32C5">
        <w:rPr>
          <w:rFonts w:ascii="Clinica Pro" w:hAnsi="Clinica Pro"/>
          <w:lang w:val="ru-RU"/>
        </w:rPr>
        <w:t xml:space="preserve"> на информационном ресурсе иностранного агента либо получил сведения о таком риске, он обязан незамедлительно, но не позднее 1 рабочего дня, уведомить Организатора и прекратить соответствующее размещение, распространение реферального кода и иные действия, создающие риск нарушения законодательства.</w:t>
      </w:r>
    </w:p>
    <w:p w14:paraId="22382143" w14:textId="77777777" w:rsidR="008E72C3" w:rsidRPr="00FF32C5" w:rsidRDefault="00000000" w:rsidP="00FF32C5">
      <w:pPr>
        <w:jc w:val="both"/>
        <w:rPr>
          <w:rFonts w:ascii="Clinica Pro" w:hAnsi="Clinica Pro"/>
          <w:lang w:val="ru-RU"/>
        </w:rPr>
      </w:pPr>
      <w:r w:rsidRPr="00FF32C5">
        <w:rPr>
          <w:rFonts w:ascii="Clinica Pro" w:hAnsi="Clinica Pro"/>
          <w:lang w:val="ru-RU"/>
        </w:rPr>
        <w:lastRenderedPageBreak/>
        <w:t xml:space="preserve">Организатор вправе без предварительного уведомления заблокировать реферальный код Участника, приостановить участие Участника в программе, отказать в начислении или выплате вознаграждения, потребовать удаления материалов и прекратить отношения с Участником, если у Организатора имеются основания полагать, что участие Участника или способ распространения информации о </w:t>
      </w:r>
      <w:r w:rsidRPr="00FF32C5">
        <w:rPr>
          <w:rFonts w:ascii="Clinica Pro" w:hAnsi="Clinica Pro"/>
        </w:rPr>
        <w:t>GLAME</w:t>
      </w:r>
      <w:r w:rsidRPr="00FF32C5">
        <w:rPr>
          <w:rFonts w:ascii="Clinica Pro" w:hAnsi="Clinica Pro"/>
          <w:lang w:val="ru-RU"/>
        </w:rPr>
        <w:t xml:space="preserve"> создаёт риск нарушения законодательства Российской Федерации об иностранных агентах, рекламе, информации или деловой репутации </w:t>
      </w:r>
      <w:r w:rsidRPr="00FF32C5">
        <w:rPr>
          <w:rFonts w:ascii="Clinica Pro" w:hAnsi="Clinica Pro"/>
        </w:rPr>
        <w:t>GLAME</w:t>
      </w:r>
      <w:r w:rsidRPr="00FF32C5">
        <w:rPr>
          <w:rFonts w:ascii="Clinica Pro" w:hAnsi="Clinica Pro"/>
          <w:lang w:val="ru-RU"/>
        </w:rPr>
        <w:t>.</w:t>
      </w:r>
    </w:p>
    <w:p w14:paraId="5E60DA6F" w14:textId="77777777" w:rsidR="008E72C3" w:rsidRPr="00FF32C5" w:rsidRDefault="00000000" w:rsidP="00FF32C5">
      <w:pPr>
        <w:jc w:val="both"/>
        <w:rPr>
          <w:rFonts w:ascii="Clinica Pro" w:hAnsi="Clinica Pro"/>
          <w:lang w:val="ru-RU"/>
        </w:rPr>
      </w:pPr>
      <w:r w:rsidRPr="00FF32C5">
        <w:rPr>
          <w:rFonts w:ascii="Clinica Pro" w:hAnsi="Clinica Pro"/>
          <w:lang w:val="ru-RU"/>
        </w:rPr>
        <w:t xml:space="preserve">Сокрытие Участником статуса иностранного агента, использование информационного ресурса иностранного агента либо размещение материалов </w:t>
      </w:r>
      <w:r w:rsidRPr="00FF32C5">
        <w:rPr>
          <w:rFonts w:ascii="Clinica Pro" w:hAnsi="Clinica Pro"/>
        </w:rPr>
        <w:t>GLAME</w:t>
      </w:r>
      <w:r w:rsidRPr="00FF32C5">
        <w:rPr>
          <w:rFonts w:ascii="Clinica Pro" w:hAnsi="Clinica Pro"/>
          <w:lang w:val="ru-RU"/>
        </w:rPr>
        <w:t xml:space="preserve"> с нарушением настоящего раздела считается существенным нарушением оферты.</w:t>
      </w:r>
    </w:p>
    <w:p w14:paraId="44A8BF06" w14:textId="77777777" w:rsidR="008E72C3" w:rsidRPr="00FF32C5" w:rsidRDefault="00000000" w:rsidP="00FF32C5">
      <w:pPr>
        <w:pStyle w:val="1"/>
        <w:jc w:val="both"/>
        <w:rPr>
          <w:rFonts w:ascii="Clinica Pro" w:hAnsi="Clinica Pro"/>
          <w:lang w:val="ru-RU"/>
        </w:rPr>
      </w:pPr>
      <w:r w:rsidRPr="00FF32C5">
        <w:rPr>
          <w:rFonts w:ascii="Clinica Pro" w:eastAsia="Times New Roman" w:hAnsi="Clinica Pro"/>
          <w:sz w:val="24"/>
          <w:lang w:val="ru-RU"/>
        </w:rPr>
        <w:t>16. Ограничения и запреты</w:t>
      </w:r>
    </w:p>
    <w:p w14:paraId="18B515D6" w14:textId="77777777" w:rsidR="008E72C3" w:rsidRPr="00FF32C5" w:rsidRDefault="00000000" w:rsidP="00FF32C5">
      <w:pPr>
        <w:jc w:val="both"/>
        <w:rPr>
          <w:rFonts w:ascii="Clinica Pro" w:hAnsi="Clinica Pro"/>
          <w:lang w:val="ru-RU"/>
        </w:rPr>
      </w:pPr>
      <w:r w:rsidRPr="00FF32C5">
        <w:rPr>
          <w:rFonts w:ascii="Clinica Pro" w:hAnsi="Clinica Pro"/>
          <w:lang w:val="ru-RU"/>
        </w:rPr>
        <w:t>Участнику запрещается:</w:t>
      </w:r>
    </w:p>
    <w:p w14:paraId="76135F3F" w14:textId="77777777" w:rsidR="008E72C3" w:rsidRPr="00FF32C5" w:rsidRDefault="00000000" w:rsidP="00FF32C5">
      <w:pPr>
        <w:ind w:left="227"/>
        <w:jc w:val="both"/>
        <w:rPr>
          <w:rFonts w:ascii="Clinica Pro" w:hAnsi="Clinica Pro"/>
          <w:lang w:val="ru-RU"/>
        </w:rPr>
      </w:pPr>
      <w:r w:rsidRPr="00FF32C5">
        <w:rPr>
          <w:rFonts w:ascii="Clinica Pro" w:hAnsi="Clinica Pro"/>
          <w:lang w:val="ru-RU"/>
        </w:rPr>
        <w:t xml:space="preserve">1. представляться сотрудником </w:t>
      </w:r>
      <w:r w:rsidRPr="00FF32C5">
        <w:rPr>
          <w:rFonts w:ascii="Clinica Pro" w:hAnsi="Clinica Pro"/>
        </w:rPr>
        <w:t>GLAME</w:t>
      </w:r>
      <w:r w:rsidRPr="00FF32C5">
        <w:rPr>
          <w:rFonts w:ascii="Clinica Pro" w:hAnsi="Clinica Pro"/>
          <w:lang w:val="ru-RU"/>
        </w:rPr>
        <w:t>;</w:t>
      </w:r>
    </w:p>
    <w:p w14:paraId="6039F00B" w14:textId="77777777" w:rsidR="008E72C3" w:rsidRPr="00FF32C5" w:rsidRDefault="00000000" w:rsidP="00FF32C5">
      <w:pPr>
        <w:ind w:left="227"/>
        <w:jc w:val="both"/>
        <w:rPr>
          <w:rFonts w:ascii="Clinica Pro" w:hAnsi="Clinica Pro"/>
          <w:lang w:val="ru-RU"/>
        </w:rPr>
      </w:pPr>
      <w:r w:rsidRPr="00FF32C5">
        <w:rPr>
          <w:rFonts w:ascii="Clinica Pro" w:hAnsi="Clinica Pro"/>
          <w:lang w:val="ru-RU"/>
        </w:rPr>
        <w:t xml:space="preserve">2. представляться официальным представителем </w:t>
      </w:r>
      <w:r w:rsidRPr="00FF32C5">
        <w:rPr>
          <w:rFonts w:ascii="Clinica Pro" w:hAnsi="Clinica Pro"/>
        </w:rPr>
        <w:t>GLAME</w:t>
      </w:r>
      <w:r w:rsidRPr="00FF32C5">
        <w:rPr>
          <w:rFonts w:ascii="Clinica Pro" w:hAnsi="Clinica Pro"/>
          <w:lang w:val="ru-RU"/>
        </w:rPr>
        <w:t xml:space="preserve"> без письменного согласования;</w:t>
      </w:r>
    </w:p>
    <w:p w14:paraId="29BAAF16" w14:textId="77777777" w:rsidR="008E72C3" w:rsidRPr="00FF32C5" w:rsidRDefault="00000000" w:rsidP="00FF32C5">
      <w:pPr>
        <w:ind w:left="227"/>
        <w:jc w:val="both"/>
        <w:rPr>
          <w:rFonts w:ascii="Clinica Pro" w:hAnsi="Clinica Pro"/>
          <w:lang w:val="ru-RU"/>
        </w:rPr>
      </w:pPr>
      <w:r w:rsidRPr="00FF32C5">
        <w:rPr>
          <w:rFonts w:ascii="Clinica Pro" w:hAnsi="Clinica Pro"/>
          <w:lang w:val="ru-RU"/>
        </w:rPr>
        <w:t xml:space="preserve">3. принимать деньги от клиентов за товары </w:t>
      </w:r>
      <w:r w:rsidRPr="00FF32C5">
        <w:rPr>
          <w:rFonts w:ascii="Clinica Pro" w:hAnsi="Clinica Pro"/>
        </w:rPr>
        <w:t>GLAME</w:t>
      </w:r>
      <w:r w:rsidRPr="00FF32C5">
        <w:rPr>
          <w:rFonts w:ascii="Clinica Pro" w:hAnsi="Clinica Pro"/>
          <w:lang w:val="ru-RU"/>
        </w:rPr>
        <w:t>;</w:t>
      </w:r>
    </w:p>
    <w:p w14:paraId="79DBB7B4" w14:textId="77777777" w:rsidR="008E72C3" w:rsidRPr="00FF32C5" w:rsidRDefault="00000000" w:rsidP="00FF32C5">
      <w:pPr>
        <w:ind w:left="227"/>
        <w:jc w:val="both"/>
        <w:rPr>
          <w:rFonts w:ascii="Clinica Pro" w:hAnsi="Clinica Pro"/>
          <w:lang w:val="ru-RU"/>
        </w:rPr>
      </w:pPr>
      <w:r w:rsidRPr="00FF32C5">
        <w:rPr>
          <w:rFonts w:ascii="Clinica Pro" w:hAnsi="Clinica Pro"/>
          <w:lang w:val="ru-RU"/>
        </w:rPr>
        <w:t xml:space="preserve">4. участвовать в расчётах между </w:t>
      </w:r>
      <w:r w:rsidRPr="00FF32C5">
        <w:rPr>
          <w:rFonts w:ascii="Clinica Pro" w:hAnsi="Clinica Pro"/>
        </w:rPr>
        <w:t>GLAME</w:t>
      </w:r>
      <w:r w:rsidRPr="00FF32C5">
        <w:rPr>
          <w:rFonts w:ascii="Clinica Pro" w:hAnsi="Clinica Pro"/>
          <w:lang w:val="ru-RU"/>
        </w:rPr>
        <w:t xml:space="preserve"> и клиентами;</w:t>
      </w:r>
    </w:p>
    <w:p w14:paraId="7D2376FD" w14:textId="77777777" w:rsidR="008E72C3" w:rsidRPr="00FF32C5" w:rsidRDefault="00000000" w:rsidP="00FF32C5">
      <w:pPr>
        <w:ind w:left="227"/>
        <w:jc w:val="both"/>
        <w:rPr>
          <w:rFonts w:ascii="Clinica Pro" w:hAnsi="Clinica Pro"/>
          <w:lang w:val="ru-RU"/>
        </w:rPr>
      </w:pPr>
      <w:r w:rsidRPr="00FF32C5">
        <w:rPr>
          <w:rFonts w:ascii="Clinica Pro" w:hAnsi="Clinica Pro"/>
          <w:lang w:val="ru-RU"/>
        </w:rPr>
        <w:t xml:space="preserve">5. заключать сделки от имени </w:t>
      </w:r>
      <w:r w:rsidRPr="00FF32C5">
        <w:rPr>
          <w:rFonts w:ascii="Clinica Pro" w:hAnsi="Clinica Pro"/>
        </w:rPr>
        <w:t>GLAME</w:t>
      </w:r>
      <w:r w:rsidRPr="00FF32C5">
        <w:rPr>
          <w:rFonts w:ascii="Clinica Pro" w:hAnsi="Clinica Pro"/>
          <w:lang w:val="ru-RU"/>
        </w:rPr>
        <w:t>;</w:t>
      </w:r>
    </w:p>
    <w:p w14:paraId="5498B8D3" w14:textId="77777777" w:rsidR="008E72C3" w:rsidRPr="00FF32C5" w:rsidRDefault="00000000" w:rsidP="00FF32C5">
      <w:pPr>
        <w:ind w:left="227"/>
        <w:jc w:val="both"/>
        <w:rPr>
          <w:rFonts w:ascii="Clinica Pro" w:hAnsi="Clinica Pro"/>
          <w:lang w:val="ru-RU"/>
        </w:rPr>
      </w:pPr>
      <w:r w:rsidRPr="00FF32C5">
        <w:rPr>
          <w:rFonts w:ascii="Clinica Pro" w:hAnsi="Clinica Pro"/>
          <w:lang w:val="ru-RU"/>
        </w:rPr>
        <w:t>6. обещать клиентам скидки, бонусы или условия, не утверждённые Организатором;</w:t>
      </w:r>
    </w:p>
    <w:p w14:paraId="01F76CAB" w14:textId="77777777" w:rsidR="008E72C3" w:rsidRPr="00FF32C5" w:rsidRDefault="00000000" w:rsidP="00FF32C5">
      <w:pPr>
        <w:ind w:left="227"/>
        <w:jc w:val="both"/>
        <w:rPr>
          <w:rFonts w:ascii="Clinica Pro" w:hAnsi="Clinica Pro"/>
          <w:lang w:val="ru-RU"/>
        </w:rPr>
      </w:pPr>
      <w:r w:rsidRPr="00FF32C5">
        <w:rPr>
          <w:rFonts w:ascii="Clinica Pro" w:hAnsi="Clinica Pro"/>
          <w:lang w:val="ru-RU"/>
        </w:rPr>
        <w:t xml:space="preserve">7. использовать логотип, фирменный стиль, фото, видео и иные материалы </w:t>
      </w:r>
      <w:r w:rsidRPr="00FF32C5">
        <w:rPr>
          <w:rFonts w:ascii="Clinica Pro" w:hAnsi="Clinica Pro"/>
        </w:rPr>
        <w:t>GLAME</w:t>
      </w:r>
      <w:r w:rsidRPr="00FF32C5">
        <w:rPr>
          <w:rFonts w:ascii="Clinica Pro" w:hAnsi="Clinica Pro"/>
          <w:lang w:val="ru-RU"/>
        </w:rPr>
        <w:t xml:space="preserve"> без согласования;</w:t>
      </w:r>
    </w:p>
    <w:p w14:paraId="0C1092D2" w14:textId="77777777" w:rsidR="008E72C3" w:rsidRPr="00FF32C5" w:rsidRDefault="00000000" w:rsidP="00FF32C5">
      <w:pPr>
        <w:ind w:left="227"/>
        <w:jc w:val="both"/>
        <w:rPr>
          <w:rFonts w:ascii="Clinica Pro" w:hAnsi="Clinica Pro"/>
          <w:lang w:val="ru-RU"/>
        </w:rPr>
      </w:pPr>
      <w:r w:rsidRPr="00FF32C5">
        <w:rPr>
          <w:rFonts w:ascii="Clinica Pro" w:hAnsi="Clinica Pro"/>
          <w:lang w:val="ru-RU"/>
        </w:rPr>
        <w:t xml:space="preserve">8. публиковать рекламу от имени </w:t>
      </w:r>
      <w:r w:rsidRPr="00FF32C5">
        <w:rPr>
          <w:rFonts w:ascii="Clinica Pro" w:hAnsi="Clinica Pro"/>
        </w:rPr>
        <w:t>GLAME</w:t>
      </w:r>
      <w:r w:rsidRPr="00FF32C5">
        <w:rPr>
          <w:rFonts w:ascii="Clinica Pro" w:hAnsi="Clinica Pro"/>
          <w:lang w:val="ru-RU"/>
        </w:rPr>
        <w:t xml:space="preserve"> без письменного согласования;</w:t>
      </w:r>
    </w:p>
    <w:p w14:paraId="72DD4CB1" w14:textId="77777777" w:rsidR="008E72C3" w:rsidRPr="00FF32C5" w:rsidRDefault="00000000" w:rsidP="00FF32C5">
      <w:pPr>
        <w:ind w:left="227"/>
        <w:jc w:val="both"/>
        <w:rPr>
          <w:rFonts w:ascii="Clinica Pro" w:hAnsi="Clinica Pro"/>
          <w:lang w:val="ru-RU"/>
        </w:rPr>
      </w:pPr>
      <w:r w:rsidRPr="00FF32C5">
        <w:rPr>
          <w:rFonts w:ascii="Clinica Pro" w:hAnsi="Clinica Pro"/>
          <w:lang w:val="ru-RU"/>
        </w:rPr>
        <w:t>9. вводить клиентов в заблуждение;</w:t>
      </w:r>
    </w:p>
    <w:p w14:paraId="2ED4214C" w14:textId="77777777" w:rsidR="008E72C3" w:rsidRPr="00FF32C5" w:rsidRDefault="00000000" w:rsidP="00FF32C5">
      <w:pPr>
        <w:ind w:left="227"/>
        <w:jc w:val="both"/>
        <w:rPr>
          <w:rFonts w:ascii="Clinica Pro" w:hAnsi="Clinica Pro"/>
          <w:lang w:val="ru-RU"/>
        </w:rPr>
      </w:pPr>
      <w:r w:rsidRPr="00FF32C5">
        <w:rPr>
          <w:rFonts w:ascii="Clinica Pro" w:hAnsi="Clinica Pro"/>
          <w:lang w:val="ru-RU"/>
        </w:rPr>
        <w:t>10. передавать персональные данные клиентов без согласия;</w:t>
      </w:r>
    </w:p>
    <w:p w14:paraId="1B0E26AB" w14:textId="77777777" w:rsidR="008E72C3" w:rsidRPr="00FF32C5" w:rsidRDefault="00000000" w:rsidP="00FF32C5">
      <w:pPr>
        <w:ind w:left="227"/>
        <w:jc w:val="both"/>
        <w:rPr>
          <w:rFonts w:ascii="Clinica Pro" w:hAnsi="Clinica Pro"/>
          <w:lang w:val="ru-RU"/>
        </w:rPr>
      </w:pPr>
      <w:r w:rsidRPr="00FF32C5">
        <w:rPr>
          <w:rFonts w:ascii="Clinica Pro" w:hAnsi="Clinica Pro"/>
          <w:lang w:val="ru-RU"/>
        </w:rPr>
        <w:t>11. оформлять фиктивные рекомендации;</w:t>
      </w:r>
    </w:p>
    <w:p w14:paraId="08EE4198" w14:textId="77777777" w:rsidR="008E72C3" w:rsidRPr="00FF32C5" w:rsidRDefault="00000000" w:rsidP="00FF32C5">
      <w:pPr>
        <w:ind w:left="227"/>
        <w:jc w:val="both"/>
        <w:rPr>
          <w:rFonts w:ascii="Clinica Pro" w:hAnsi="Clinica Pro"/>
          <w:lang w:val="ru-RU"/>
        </w:rPr>
      </w:pPr>
      <w:r w:rsidRPr="00FF32C5">
        <w:rPr>
          <w:rFonts w:ascii="Clinica Pro" w:hAnsi="Clinica Pro"/>
          <w:lang w:val="ru-RU"/>
        </w:rPr>
        <w:t xml:space="preserve">12. указывать свой код для клиента, который пришёл в </w:t>
      </w:r>
      <w:r w:rsidRPr="00FF32C5">
        <w:rPr>
          <w:rFonts w:ascii="Clinica Pro" w:hAnsi="Clinica Pro"/>
        </w:rPr>
        <w:t>GLAME</w:t>
      </w:r>
      <w:r w:rsidRPr="00FF32C5">
        <w:rPr>
          <w:rFonts w:ascii="Clinica Pro" w:hAnsi="Clinica Pro"/>
          <w:lang w:val="ru-RU"/>
        </w:rPr>
        <w:t xml:space="preserve"> самостоятельно;</w:t>
      </w:r>
    </w:p>
    <w:p w14:paraId="37572508" w14:textId="77777777" w:rsidR="008E72C3" w:rsidRPr="00FF32C5" w:rsidRDefault="00000000" w:rsidP="00FF32C5">
      <w:pPr>
        <w:ind w:left="227"/>
        <w:jc w:val="both"/>
        <w:rPr>
          <w:rFonts w:ascii="Clinica Pro" w:hAnsi="Clinica Pro"/>
          <w:lang w:val="ru-RU"/>
        </w:rPr>
      </w:pPr>
      <w:r w:rsidRPr="00FF32C5">
        <w:rPr>
          <w:rFonts w:ascii="Clinica Pro" w:hAnsi="Clinica Pro"/>
          <w:lang w:val="ru-RU"/>
        </w:rPr>
        <w:t>13. использовать программу для личных покупок;</w:t>
      </w:r>
    </w:p>
    <w:p w14:paraId="25348251" w14:textId="77777777" w:rsidR="008E72C3" w:rsidRPr="00FF32C5" w:rsidRDefault="00000000" w:rsidP="00FF32C5">
      <w:pPr>
        <w:ind w:left="227"/>
        <w:jc w:val="both"/>
        <w:rPr>
          <w:rFonts w:ascii="Clinica Pro" w:hAnsi="Clinica Pro"/>
          <w:lang w:val="ru-RU"/>
        </w:rPr>
      </w:pPr>
      <w:r w:rsidRPr="00FF32C5">
        <w:rPr>
          <w:rFonts w:ascii="Clinica Pro" w:hAnsi="Clinica Pro"/>
          <w:lang w:val="ru-RU"/>
        </w:rPr>
        <w:t>14. участвовать в программе, если это нарушает трудовой договор, гражданско-правовой договор, договор с работодателем или заказчиком, внутренние правила работодателя или заказчика либо применимое законодательство;</w:t>
      </w:r>
    </w:p>
    <w:p w14:paraId="6A78322B" w14:textId="77777777" w:rsidR="008E72C3" w:rsidRPr="00FF32C5" w:rsidRDefault="00000000" w:rsidP="00FF32C5">
      <w:pPr>
        <w:ind w:left="227"/>
        <w:jc w:val="both"/>
        <w:rPr>
          <w:rFonts w:ascii="Clinica Pro" w:hAnsi="Clinica Pro"/>
          <w:lang w:val="ru-RU"/>
        </w:rPr>
      </w:pPr>
      <w:r w:rsidRPr="00FF32C5">
        <w:rPr>
          <w:rFonts w:ascii="Clinica Pro" w:hAnsi="Clinica Pro"/>
          <w:lang w:val="ru-RU"/>
        </w:rPr>
        <w:t>15. получать денежное вознаграждение за рекомендации клиентов, гостей или посетителей партнёрской организации, с которой Участник связан трудовыми, служебными, гражданско-правовыми или иными отношениями, без письменного согласования такой организации, если такое согласование требуется;</w:t>
      </w:r>
    </w:p>
    <w:p w14:paraId="2029862C" w14:textId="77777777" w:rsidR="008E72C3" w:rsidRPr="00FF32C5" w:rsidRDefault="00000000" w:rsidP="00FF32C5">
      <w:pPr>
        <w:ind w:left="227"/>
        <w:jc w:val="both"/>
        <w:rPr>
          <w:rFonts w:ascii="Clinica Pro" w:hAnsi="Clinica Pro"/>
          <w:lang w:val="ru-RU"/>
        </w:rPr>
      </w:pPr>
      <w:r w:rsidRPr="00FF32C5">
        <w:rPr>
          <w:rFonts w:ascii="Clinica Pro" w:hAnsi="Clinica Pro"/>
          <w:lang w:val="ru-RU"/>
        </w:rPr>
        <w:t>16. участвовать в программе в качестве Профессионального участника программы при наличии статуса иностранного агента;</w:t>
      </w:r>
    </w:p>
    <w:p w14:paraId="740D04B2" w14:textId="77777777" w:rsidR="008E72C3" w:rsidRPr="00FF32C5" w:rsidRDefault="00000000" w:rsidP="00FF32C5">
      <w:pPr>
        <w:ind w:left="227"/>
        <w:jc w:val="both"/>
        <w:rPr>
          <w:rFonts w:ascii="Clinica Pro" w:hAnsi="Clinica Pro"/>
          <w:lang w:val="ru-RU"/>
        </w:rPr>
      </w:pPr>
      <w:r w:rsidRPr="00FF32C5">
        <w:rPr>
          <w:rFonts w:ascii="Clinica Pro" w:hAnsi="Clinica Pro"/>
          <w:lang w:val="ru-RU"/>
        </w:rPr>
        <w:t xml:space="preserve">17. размещать информацию, рекламу, реферальный код, ссылку, промоматериалы или иные материалы </w:t>
      </w:r>
      <w:r w:rsidRPr="00FF32C5">
        <w:rPr>
          <w:rFonts w:ascii="Clinica Pro" w:hAnsi="Clinica Pro"/>
        </w:rPr>
        <w:t>GLAME</w:t>
      </w:r>
      <w:r w:rsidRPr="00FF32C5">
        <w:rPr>
          <w:rFonts w:ascii="Clinica Pro" w:hAnsi="Clinica Pro"/>
          <w:lang w:val="ru-RU"/>
        </w:rPr>
        <w:t xml:space="preserve"> на информационном ресурсе иностранного агента;</w:t>
      </w:r>
    </w:p>
    <w:p w14:paraId="327A2224" w14:textId="77777777" w:rsidR="008E72C3" w:rsidRPr="00FF32C5" w:rsidRDefault="00000000" w:rsidP="00FF32C5">
      <w:pPr>
        <w:ind w:left="227"/>
        <w:jc w:val="both"/>
        <w:rPr>
          <w:rFonts w:ascii="Clinica Pro" w:hAnsi="Clinica Pro"/>
          <w:lang w:val="ru-RU"/>
        </w:rPr>
      </w:pPr>
      <w:r w:rsidRPr="00FF32C5">
        <w:rPr>
          <w:rFonts w:ascii="Clinica Pro" w:hAnsi="Clinica Pro"/>
          <w:lang w:val="ru-RU"/>
        </w:rPr>
        <w:t xml:space="preserve">18. привлекать иностранного агента для распространения информации, рекламы, реферальных кодов, ссылок или иных материалов </w:t>
      </w:r>
      <w:r w:rsidRPr="00FF32C5">
        <w:rPr>
          <w:rFonts w:ascii="Clinica Pro" w:hAnsi="Clinica Pro"/>
        </w:rPr>
        <w:t>GLAME</w:t>
      </w:r>
      <w:r w:rsidRPr="00FF32C5">
        <w:rPr>
          <w:rFonts w:ascii="Clinica Pro" w:hAnsi="Clinica Pro"/>
          <w:lang w:val="ru-RU"/>
        </w:rPr>
        <w:t>;</w:t>
      </w:r>
    </w:p>
    <w:p w14:paraId="127C9420" w14:textId="77777777" w:rsidR="008E72C3" w:rsidRPr="00FF32C5" w:rsidRDefault="00000000" w:rsidP="00FF32C5">
      <w:pPr>
        <w:ind w:left="227"/>
        <w:jc w:val="both"/>
        <w:rPr>
          <w:rFonts w:ascii="Clinica Pro" w:hAnsi="Clinica Pro"/>
          <w:lang w:val="ru-RU"/>
        </w:rPr>
      </w:pPr>
      <w:r w:rsidRPr="00FF32C5">
        <w:rPr>
          <w:rFonts w:ascii="Clinica Pro" w:hAnsi="Clinica Pro"/>
          <w:lang w:val="ru-RU"/>
        </w:rPr>
        <w:t>19. скрывать от Организатора обстоятельства, которые могут повлечь нарушение законодательства об иностранных агентах, рекламе или информации.</w:t>
      </w:r>
    </w:p>
    <w:p w14:paraId="504B4952" w14:textId="77777777" w:rsidR="008E72C3" w:rsidRPr="00FF32C5" w:rsidRDefault="00000000" w:rsidP="00FF32C5">
      <w:pPr>
        <w:jc w:val="both"/>
        <w:rPr>
          <w:rFonts w:ascii="Clinica Pro" w:hAnsi="Clinica Pro"/>
          <w:lang w:val="ru-RU"/>
        </w:rPr>
      </w:pPr>
      <w:r w:rsidRPr="00FF32C5">
        <w:rPr>
          <w:rFonts w:ascii="Clinica Pro" w:hAnsi="Clinica Pro"/>
          <w:lang w:val="ru-RU"/>
        </w:rPr>
        <w:t>Участник самостоятельно отвечает за соблюдение ограничений, установленных его работодателем, партнёрами, заказчиками или иными лицами.</w:t>
      </w:r>
    </w:p>
    <w:p w14:paraId="7348A361" w14:textId="77777777" w:rsidR="008E72C3" w:rsidRPr="00FF32C5" w:rsidRDefault="00000000" w:rsidP="00FF32C5">
      <w:pPr>
        <w:pStyle w:val="1"/>
        <w:jc w:val="both"/>
        <w:rPr>
          <w:rFonts w:ascii="Clinica Pro" w:hAnsi="Clinica Pro"/>
          <w:lang w:val="ru-RU"/>
        </w:rPr>
      </w:pPr>
      <w:r w:rsidRPr="00FF32C5">
        <w:rPr>
          <w:rFonts w:ascii="Clinica Pro" w:eastAsia="Times New Roman" w:hAnsi="Clinica Pro"/>
          <w:sz w:val="24"/>
          <w:lang w:val="ru-RU"/>
        </w:rPr>
        <w:lastRenderedPageBreak/>
        <w:t>17. Антикоррупционная оговорка</w:t>
      </w:r>
    </w:p>
    <w:p w14:paraId="44B0C337" w14:textId="77777777" w:rsidR="008E72C3" w:rsidRPr="00FF32C5" w:rsidRDefault="00000000" w:rsidP="00FF32C5">
      <w:pPr>
        <w:jc w:val="both"/>
        <w:rPr>
          <w:rFonts w:ascii="Clinica Pro" w:hAnsi="Clinica Pro"/>
          <w:lang w:val="ru-RU"/>
        </w:rPr>
      </w:pPr>
      <w:r w:rsidRPr="00FF32C5">
        <w:rPr>
          <w:rFonts w:ascii="Clinica Pro" w:hAnsi="Clinica Pro"/>
          <w:lang w:val="ru-RU"/>
        </w:rPr>
        <w:t>Участник подтверждает, что его участие в реферальной программе не связано с совершением им незаконных действий, злоупотреблением служебным положением, нарушением трудовых обязанностей или внутренних правил работодателя.</w:t>
      </w:r>
    </w:p>
    <w:p w14:paraId="4C3DDBF0" w14:textId="77777777" w:rsidR="008E72C3" w:rsidRPr="00FF32C5" w:rsidRDefault="00000000" w:rsidP="00FF32C5">
      <w:pPr>
        <w:jc w:val="both"/>
        <w:rPr>
          <w:rFonts w:ascii="Clinica Pro" w:hAnsi="Clinica Pro"/>
          <w:lang w:val="ru-RU"/>
        </w:rPr>
      </w:pPr>
      <w:r w:rsidRPr="00FF32C5">
        <w:rPr>
          <w:rFonts w:ascii="Clinica Pro" w:hAnsi="Clinica Pro"/>
          <w:lang w:val="ru-RU"/>
        </w:rPr>
        <w:t>Участник не вправе использовать реферальную программу для получения вознаграждения за действия, которые он обязан совершать в рамках своей трудовой функции, служебного положения, договора с работодателем, заказчиком или иной организацией.</w:t>
      </w:r>
    </w:p>
    <w:p w14:paraId="7C2B608C" w14:textId="77777777" w:rsidR="008E72C3" w:rsidRPr="00FF32C5" w:rsidRDefault="00000000" w:rsidP="00FF32C5">
      <w:pPr>
        <w:jc w:val="both"/>
        <w:rPr>
          <w:rFonts w:ascii="Clinica Pro" w:hAnsi="Clinica Pro"/>
          <w:lang w:val="ru-RU"/>
        </w:rPr>
      </w:pPr>
      <w:r w:rsidRPr="00FF32C5">
        <w:rPr>
          <w:rFonts w:ascii="Clinica Pro" w:hAnsi="Clinica Pro"/>
          <w:lang w:val="ru-RU"/>
        </w:rPr>
        <w:t>Участник подтверждает, что получение реферального вознаграждения не нарушает его трудовой договор, должностную инструкцию, локальные акты работодателя, договорные ограничения или иные обязательства перед третьими лицами.</w:t>
      </w:r>
    </w:p>
    <w:p w14:paraId="2723DD50" w14:textId="77777777" w:rsidR="008E72C3" w:rsidRPr="00FF32C5" w:rsidRDefault="00000000" w:rsidP="00FF32C5">
      <w:pPr>
        <w:jc w:val="both"/>
        <w:rPr>
          <w:rFonts w:ascii="Clinica Pro" w:hAnsi="Clinica Pro"/>
          <w:lang w:val="ru-RU"/>
        </w:rPr>
      </w:pPr>
      <w:r w:rsidRPr="00FF32C5">
        <w:rPr>
          <w:rFonts w:ascii="Clinica Pro" w:hAnsi="Clinica Pro"/>
          <w:lang w:val="ru-RU"/>
        </w:rPr>
        <w:t xml:space="preserve">Организатор вправе отказать в выплате вознаграждения и прекратить участие Участника в программе, если у Организатора возникнут основания полагать, что участие Участника нарушает закон, внутренние правила его работодателя или создаёт риск для деловой репутации </w:t>
      </w:r>
      <w:r w:rsidRPr="00FF32C5">
        <w:rPr>
          <w:rFonts w:ascii="Clinica Pro" w:hAnsi="Clinica Pro"/>
        </w:rPr>
        <w:t>GLAME</w:t>
      </w:r>
      <w:r w:rsidRPr="00FF32C5">
        <w:rPr>
          <w:rFonts w:ascii="Clinica Pro" w:hAnsi="Clinica Pro"/>
          <w:lang w:val="ru-RU"/>
        </w:rPr>
        <w:t>.</w:t>
      </w:r>
    </w:p>
    <w:p w14:paraId="25EE02AE" w14:textId="77777777" w:rsidR="008E72C3" w:rsidRPr="00FF32C5" w:rsidRDefault="00000000" w:rsidP="00FF32C5">
      <w:pPr>
        <w:jc w:val="both"/>
        <w:rPr>
          <w:rFonts w:ascii="Clinica Pro" w:hAnsi="Clinica Pro"/>
          <w:lang w:val="ru-RU"/>
        </w:rPr>
      </w:pPr>
      <w:r w:rsidRPr="00FF32C5">
        <w:rPr>
          <w:rFonts w:ascii="Clinica Pro" w:hAnsi="Clinica Pro"/>
          <w:lang w:val="ru-RU"/>
        </w:rPr>
        <w:t>Организатор вправе запросить у Участника подтверждение того, что участие в программе и получение денежного вознаграждения не нарушает его трудовые, договорные, служебные, корпоративные, антикоррупционные или иные обязанности перед третьими лицами.</w:t>
      </w:r>
    </w:p>
    <w:p w14:paraId="36E9A507" w14:textId="77777777" w:rsidR="008E72C3" w:rsidRPr="00FF32C5" w:rsidRDefault="00000000" w:rsidP="00FF32C5">
      <w:pPr>
        <w:pStyle w:val="1"/>
        <w:jc w:val="both"/>
        <w:rPr>
          <w:rFonts w:ascii="Clinica Pro" w:hAnsi="Clinica Pro"/>
          <w:lang w:val="ru-RU"/>
        </w:rPr>
      </w:pPr>
      <w:r w:rsidRPr="00FF32C5">
        <w:rPr>
          <w:rFonts w:ascii="Clinica Pro" w:eastAsia="Times New Roman" w:hAnsi="Clinica Pro"/>
          <w:sz w:val="24"/>
          <w:lang w:val="ru-RU"/>
        </w:rPr>
        <w:t>18. Основания для отказа в начислении вознаграждения</w:t>
      </w:r>
    </w:p>
    <w:p w14:paraId="3C6CD2E3" w14:textId="77777777" w:rsidR="008E72C3" w:rsidRPr="00FF32C5" w:rsidRDefault="00000000" w:rsidP="00FF32C5">
      <w:pPr>
        <w:jc w:val="both"/>
        <w:rPr>
          <w:rFonts w:ascii="Clinica Pro" w:hAnsi="Clinica Pro"/>
          <w:lang w:val="ru-RU"/>
        </w:rPr>
      </w:pPr>
      <w:r w:rsidRPr="00FF32C5">
        <w:rPr>
          <w:rFonts w:ascii="Clinica Pro" w:hAnsi="Clinica Pro"/>
          <w:lang w:val="ru-RU"/>
        </w:rPr>
        <w:t>Организатор вправе отказать в начислении или выплате вознаграждения, если:</w:t>
      </w:r>
    </w:p>
    <w:p w14:paraId="35E32409" w14:textId="77777777" w:rsidR="008E72C3" w:rsidRPr="00FF32C5" w:rsidRDefault="00000000" w:rsidP="00FF32C5">
      <w:pPr>
        <w:ind w:left="227"/>
        <w:jc w:val="both"/>
        <w:rPr>
          <w:rFonts w:ascii="Clinica Pro" w:hAnsi="Clinica Pro"/>
          <w:lang w:val="ru-RU"/>
        </w:rPr>
      </w:pPr>
      <w:r w:rsidRPr="00FF32C5">
        <w:rPr>
          <w:rFonts w:ascii="Clinica Pro" w:hAnsi="Clinica Pro"/>
          <w:lang w:val="ru-RU"/>
        </w:rPr>
        <w:t>1. клиент не указал реферальный код до покупки;</w:t>
      </w:r>
    </w:p>
    <w:p w14:paraId="65EA3161" w14:textId="77777777" w:rsidR="008E72C3" w:rsidRPr="00FF32C5" w:rsidRDefault="00000000" w:rsidP="00FF32C5">
      <w:pPr>
        <w:ind w:left="227"/>
        <w:jc w:val="both"/>
        <w:rPr>
          <w:rFonts w:ascii="Clinica Pro" w:hAnsi="Clinica Pro"/>
          <w:lang w:val="ru-RU"/>
        </w:rPr>
      </w:pPr>
      <w:r w:rsidRPr="00FF32C5">
        <w:rPr>
          <w:rFonts w:ascii="Clinica Pro" w:hAnsi="Clinica Pro"/>
          <w:lang w:val="ru-RU"/>
        </w:rPr>
        <w:t>2. покупка была отменена;</w:t>
      </w:r>
    </w:p>
    <w:p w14:paraId="64753459" w14:textId="77777777" w:rsidR="008E72C3" w:rsidRPr="00FF32C5" w:rsidRDefault="00000000" w:rsidP="00FF32C5">
      <w:pPr>
        <w:ind w:left="227"/>
        <w:jc w:val="both"/>
        <w:rPr>
          <w:rFonts w:ascii="Clinica Pro" w:hAnsi="Clinica Pro"/>
          <w:lang w:val="ru-RU"/>
        </w:rPr>
      </w:pPr>
      <w:r w:rsidRPr="00FF32C5">
        <w:rPr>
          <w:rFonts w:ascii="Clinica Pro" w:hAnsi="Clinica Pro"/>
          <w:lang w:val="ru-RU"/>
        </w:rPr>
        <w:t>3. товар был возвращён полностью или частично в части, влияющей на расчёт вознаграждения;</w:t>
      </w:r>
    </w:p>
    <w:p w14:paraId="7F661990" w14:textId="77777777" w:rsidR="008E72C3" w:rsidRPr="00FF32C5" w:rsidRDefault="00000000" w:rsidP="00FF32C5">
      <w:pPr>
        <w:ind w:left="227"/>
        <w:jc w:val="both"/>
        <w:rPr>
          <w:rFonts w:ascii="Clinica Pro" w:hAnsi="Clinica Pro"/>
          <w:lang w:val="ru-RU"/>
        </w:rPr>
      </w:pPr>
      <w:r w:rsidRPr="00FF32C5">
        <w:rPr>
          <w:rFonts w:ascii="Clinica Pro" w:hAnsi="Clinica Pro"/>
          <w:lang w:val="ru-RU"/>
        </w:rPr>
        <w:t>4. покупка совершена самим Участником;</w:t>
      </w:r>
    </w:p>
    <w:p w14:paraId="0AEFA459" w14:textId="77777777" w:rsidR="008E72C3" w:rsidRPr="00FF32C5" w:rsidRDefault="00000000" w:rsidP="00FF32C5">
      <w:pPr>
        <w:ind w:left="227"/>
        <w:jc w:val="both"/>
        <w:rPr>
          <w:rFonts w:ascii="Clinica Pro" w:hAnsi="Clinica Pro"/>
          <w:lang w:val="ru-RU"/>
        </w:rPr>
      </w:pPr>
      <w:r w:rsidRPr="00FF32C5">
        <w:rPr>
          <w:rFonts w:ascii="Clinica Pro" w:hAnsi="Clinica Pro"/>
          <w:lang w:val="ru-RU"/>
        </w:rPr>
        <w:t xml:space="preserve">5. покупка совершена сотрудником </w:t>
      </w:r>
      <w:r w:rsidRPr="00FF32C5">
        <w:rPr>
          <w:rFonts w:ascii="Clinica Pro" w:hAnsi="Clinica Pro"/>
        </w:rPr>
        <w:t>GLAME</w:t>
      </w:r>
      <w:r w:rsidRPr="00FF32C5">
        <w:rPr>
          <w:rFonts w:ascii="Clinica Pro" w:hAnsi="Clinica Pro"/>
          <w:lang w:val="ru-RU"/>
        </w:rPr>
        <w:t>;</w:t>
      </w:r>
    </w:p>
    <w:p w14:paraId="2680A78D" w14:textId="77777777" w:rsidR="008E72C3" w:rsidRPr="00FF32C5" w:rsidRDefault="00000000" w:rsidP="00FF32C5">
      <w:pPr>
        <w:ind w:left="227"/>
        <w:jc w:val="both"/>
        <w:rPr>
          <w:rFonts w:ascii="Clinica Pro" w:hAnsi="Clinica Pro"/>
          <w:lang w:val="ru-RU"/>
        </w:rPr>
      </w:pPr>
      <w:r w:rsidRPr="00FF32C5">
        <w:rPr>
          <w:rFonts w:ascii="Clinica Pro" w:hAnsi="Clinica Pro"/>
          <w:lang w:val="ru-RU"/>
        </w:rPr>
        <w:t xml:space="preserve">6. клиент уже являлся активным клиентом </w:t>
      </w:r>
      <w:r w:rsidRPr="00FF32C5">
        <w:rPr>
          <w:rFonts w:ascii="Clinica Pro" w:hAnsi="Clinica Pro"/>
        </w:rPr>
        <w:t>GLAME</w:t>
      </w:r>
      <w:r w:rsidRPr="00FF32C5">
        <w:rPr>
          <w:rFonts w:ascii="Clinica Pro" w:hAnsi="Clinica Pro"/>
          <w:lang w:val="ru-RU"/>
        </w:rPr>
        <w:t>;</w:t>
      </w:r>
    </w:p>
    <w:p w14:paraId="30A88F0F" w14:textId="77777777" w:rsidR="008E72C3" w:rsidRPr="00FF32C5" w:rsidRDefault="00000000" w:rsidP="00FF32C5">
      <w:pPr>
        <w:ind w:left="227"/>
        <w:jc w:val="both"/>
        <w:rPr>
          <w:rFonts w:ascii="Clinica Pro" w:hAnsi="Clinica Pro"/>
          <w:lang w:val="ru-RU"/>
        </w:rPr>
      </w:pPr>
      <w:r w:rsidRPr="00FF32C5">
        <w:rPr>
          <w:rFonts w:ascii="Clinica Pro" w:hAnsi="Clinica Pro"/>
          <w:lang w:val="ru-RU"/>
        </w:rPr>
        <w:t>7. Участник нарушил условия настоящей оферты;</w:t>
      </w:r>
    </w:p>
    <w:p w14:paraId="4D850D30" w14:textId="77777777" w:rsidR="008E72C3" w:rsidRPr="00FF32C5" w:rsidRDefault="00000000" w:rsidP="00FF32C5">
      <w:pPr>
        <w:ind w:left="227"/>
        <w:jc w:val="both"/>
        <w:rPr>
          <w:rFonts w:ascii="Clinica Pro" w:hAnsi="Clinica Pro"/>
          <w:lang w:val="ru-RU"/>
        </w:rPr>
      </w:pPr>
      <w:r w:rsidRPr="00FF32C5">
        <w:rPr>
          <w:rFonts w:ascii="Clinica Pro" w:hAnsi="Clinica Pro"/>
          <w:lang w:val="ru-RU"/>
        </w:rPr>
        <w:t>8. Участник предоставил недостоверные данные;</w:t>
      </w:r>
    </w:p>
    <w:p w14:paraId="0457C302" w14:textId="77777777" w:rsidR="008E72C3" w:rsidRPr="00FF32C5" w:rsidRDefault="00000000" w:rsidP="00FF32C5">
      <w:pPr>
        <w:ind w:left="227"/>
        <w:jc w:val="both"/>
        <w:rPr>
          <w:rFonts w:ascii="Clinica Pro" w:hAnsi="Clinica Pro"/>
          <w:lang w:val="ru-RU"/>
        </w:rPr>
      </w:pPr>
      <w:r w:rsidRPr="00FF32C5">
        <w:rPr>
          <w:rFonts w:ascii="Clinica Pro" w:hAnsi="Clinica Pro"/>
          <w:lang w:val="ru-RU"/>
        </w:rPr>
        <w:t>9. Участник утратил статус самозанятого, ИП или юридического лица;</w:t>
      </w:r>
    </w:p>
    <w:p w14:paraId="35E0CBAA" w14:textId="77777777" w:rsidR="008E72C3" w:rsidRPr="00FF32C5" w:rsidRDefault="00000000" w:rsidP="00FF32C5">
      <w:pPr>
        <w:ind w:left="227"/>
        <w:jc w:val="both"/>
        <w:rPr>
          <w:rFonts w:ascii="Clinica Pro" w:hAnsi="Clinica Pro"/>
          <w:lang w:val="ru-RU"/>
        </w:rPr>
      </w:pPr>
      <w:r w:rsidRPr="00FF32C5">
        <w:rPr>
          <w:rFonts w:ascii="Clinica Pro" w:hAnsi="Clinica Pro"/>
          <w:lang w:val="ru-RU"/>
        </w:rPr>
        <w:t>10. Участник не предоставил чек, акт или иной необходимый документ;</w:t>
      </w:r>
    </w:p>
    <w:p w14:paraId="0BF20B7B" w14:textId="77777777" w:rsidR="008E72C3" w:rsidRPr="00FF32C5" w:rsidRDefault="00000000" w:rsidP="00FF32C5">
      <w:pPr>
        <w:ind w:left="227"/>
        <w:jc w:val="both"/>
        <w:rPr>
          <w:rFonts w:ascii="Clinica Pro" w:hAnsi="Clinica Pro"/>
          <w:lang w:val="ru-RU"/>
        </w:rPr>
      </w:pPr>
      <w:r w:rsidRPr="00FF32C5">
        <w:rPr>
          <w:rFonts w:ascii="Clinica Pro" w:hAnsi="Clinica Pro"/>
          <w:lang w:val="ru-RU"/>
        </w:rPr>
        <w:t>11. имеются признаки фиктивного привлечения клиента;</w:t>
      </w:r>
    </w:p>
    <w:p w14:paraId="5FAF358A" w14:textId="77777777" w:rsidR="008E72C3" w:rsidRPr="00FF32C5" w:rsidRDefault="00000000" w:rsidP="00FF32C5">
      <w:pPr>
        <w:ind w:left="227"/>
        <w:jc w:val="both"/>
        <w:rPr>
          <w:rFonts w:ascii="Clinica Pro" w:hAnsi="Clinica Pro"/>
          <w:lang w:val="ru-RU"/>
        </w:rPr>
      </w:pPr>
      <w:r w:rsidRPr="00FF32C5">
        <w:rPr>
          <w:rFonts w:ascii="Clinica Pro" w:hAnsi="Clinica Pro"/>
          <w:lang w:val="ru-RU"/>
        </w:rPr>
        <w:t>12. выплата может нарушить законодательство Российской Федерации;</w:t>
      </w:r>
    </w:p>
    <w:p w14:paraId="5FA5D063" w14:textId="77777777" w:rsidR="008E72C3" w:rsidRPr="00FF32C5" w:rsidRDefault="00000000" w:rsidP="00FF32C5">
      <w:pPr>
        <w:ind w:left="227"/>
        <w:jc w:val="both"/>
        <w:rPr>
          <w:rFonts w:ascii="Clinica Pro" w:hAnsi="Clinica Pro"/>
          <w:lang w:val="ru-RU"/>
        </w:rPr>
      </w:pPr>
      <w:r w:rsidRPr="00FF32C5">
        <w:rPr>
          <w:rFonts w:ascii="Clinica Pro" w:hAnsi="Clinica Pro"/>
          <w:lang w:val="ru-RU"/>
        </w:rPr>
        <w:t>13. участие Участника создаёт риск нарушения антикоррупционных, налоговых, рекламных или иных требований законодательства;</w:t>
      </w:r>
    </w:p>
    <w:p w14:paraId="77385D53" w14:textId="77777777" w:rsidR="008E72C3" w:rsidRPr="00FF32C5" w:rsidRDefault="00000000" w:rsidP="00FF32C5">
      <w:pPr>
        <w:ind w:left="227"/>
        <w:jc w:val="both"/>
        <w:rPr>
          <w:rFonts w:ascii="Clinica Pro" w:hAnsi="Clinica Pro"/>
          <w:lang w:val="ru-RU"/>
        </w:rPr>
      </w:pPr>
      <w:r w:rsidRPr="00FF32C5">
        <w:rPr>
          <w:rFonts w:ascii="Clinica Pro" w:hAnsi="Clinica Pro"/>
          <w:lang w:val="ru-RU"/>
        </w:rPr>
        <w:t>14. Организатор не может достоверно подтвердить факт рекомендации;</w:t>
      </w:r>
    </w:p>
    <w:p w14:paraId="4861208E" w14:textId="77777777" w:rsidR="008E72C3" w:rsidRPr="00FF32C5" w:rsidRDefault="00000000" w:rsidP="00FF32C5">
      <w:pPr>
        <w:ind w:left="227"/>
        <w:jc w:val="both"/>
        <w:rPr>
          <w:rFonts w:ascii="Clinica Pro" w:hAnsi="Clinica Pro"/>
          <w:lang w:val="ru-RU"/>
        </w:rPr>
      </w:pPr>
      <w:r w:rsidRPr="00FF32C5">
        <w:rPr>
          <w:rFonts w:ascii="Clinica Pro" w:hAnsi="Clinica Pro"/>
          <w:lang w:val="ru-RU"/>
        </w:rPr>
        <w:t>15. Участник связан с партнёрской организацией, от которой был привлечён клиент, гость или посетитель, и не подтвердил право на получение денежного вознаграждения без нарушения правил такой организации;</w:t>
      </w:r>
    </w:p>
    <w:p w14:paraId="512AB489" w14:textId="77777777" w:rsidR="008E72C3" w:rsidRPr="00FF32C5" w:rsidRDefault="00000000" w:rsidP="00FF32C5">
      <w:pPr>
        <w:ind w:left="227"/>
        <w:jc w:val="both"/>
        <w:rPr>
          <w:rFonts w:ascii="Clinica Pro" w:hAnsi="Clinica Pro"/>
          <w:lang w:val="ru-RU"/>
        </w:rPr>
      </w:pPr>
      <w:r w:rsidRPr="00FF32C5">
        <w:rPr>
          <w:rFonts w:ascii="Clinica Pro" w:hAnsi="Clinica Pro"/>
          <w:lang w:val="ru-RU"/>
        </w:rPr>
        <w:t xml:space="preserve">16. публичное размещение информации о </w:t>
      </w:r>
      <w:r w:rsidRPr="00FF32C5">
        <w:rPr>
          <w:rFonts w:ascii="Clinica Pro" w:hAnsi="Clinica Pro"/>
        </w:rPr>
        <w:t>GLAME</w:t>
      </w:r>
      <w:r w:rsidRPr="00FF32C5">
        <w:rPr>
          <w:rFonts w:ascii="Clinica Pro" w:hAnsi="Clinica Pro"/>
          <w:lang w:val="ru-RU"/>
        </w:rPr>
        <w:t xml:space="preserve"> осуществлено без согласования или с нарушением законодательства о рекламе;</w:t>
      </w:r>
    </w:p>
    <w:p w14:paraId="6E5CDA83" w14:textId="77777777" w:rsidR="008E72C3" w:rsidRPr="00FF32C5" w:rsidRDefault="00000000" w:rsidP="00FF32C5">
      <w:pPr>
        <w:ind w:left="227"/>
        <w:jc w:val="both"/>
        <w:rPr>
          <w:rFonts w:ascii="Clinica Pro" w:hAnsi="Clinica Pro"/>
          <w:lang w:val="ru-RU"/>
        </w:rPr>
      </w:pPr>
      <w:r w:rsidRPr="00FF32C5">
        <w:rPr>
          <w:rFonts w:ascii="Clinica Pro" w:hAnsi="Clinica Pro"/>
          <w:lang w:val="ru-RU"/>
        </w:rPr>
        <w:t>17. Участник включён в реестр иностранных агентов либо Организатор получил сведения о таком статусе Участника;</w:t>
      </w:r>
    </w:p>
    <w:p w14:paraId="7B37BF42" w14:textId="77777777" w:rsidR="008E72C3" w:rsidRPr="00FF32C5" w:rsidRDefault="00000000" w:rsidP="00FF32C5">
      <w:pPr>
        <w:ind w:left="227"/>
        <w:jc w:val="both"/>
        <w:rPr>
          <w:rFonts w:ascii="Clinica Pro" w:hAnsi="Clinica Pro"/>
          <w:lang w:val="ru-RU"/>
        </w:rPr>
      </w:pPr>
      <w:r w:rsidRPr="00FF32C5">
        <w:rPr>
          <w:rFonts w:ascii="Clinica Pro" w:hAnsi="Clinica Pro"/>
          <w:lang w:val="ru-RU"/>
        </w:rPr>
        <w:t xml:space="preserve">18. рекомендация, реклама или иные материалы </w:t>
      </w:r>
      <w:r w:rsidRPr="00FF32C5">
        <w:rPr>
          <w:rFonts w:ascii="Clinica Pro" w:hAnsi="Clinica Pro"/>
        </w:rPr>
        <w:t>GLAME</w:t>
      </w:r>
      <w:r w:rsidRPr="00FF32C5">
        <w:rPr>
          <w:rFonts w:ascii="Clinica Pro" w:hAnsi="Clinica Pro"/>
          <w:lang w:val="ru-RU"/>
        </w:rPr>
        <w:t xml:space="preserve"> были размещены на информационном ресурсе иностранного агента;</w:t>
      </w:r>
    </w:p>
    <w:p w14:paraId="24B147EE" w14:textId="77777777" w:rsidR="008E72C3" w:rsidRPr="00FF32C5" w:rsidRDefault="00000000" w:rsidP="00FF32C5">
      <w:pPr>
        <w:ind w:left="227"/>
        <w:jc w:val="both"/>
        <w:rPr>
          <w:rFonts w:ascii="Clinica Pro" w:hAnsi="Clinica Pro"/>
          <w:lang w:val="ru-RU"/>
        </w:rPr>
      </w:pPr>
      <w:r w:rsidRPr="00FF32C5">
        <w:rPr>
          <w:rFonts w:ascii="Clinica Pro" w:hAnsi="Clinica Pro"/>
          <w:lang w:val="ru-RU"/>
        </w:rPr>
        <w:lastRenderedPageBreak/>
        <w:t>19. Участник не подтвердил отсутствие статуса иностранного агента или не предоставил информацию, необходимую Организатору для проверки риска нарушения законодательства об иностранных агентах;</w:t>
      </w:r>
    </w:p>
    <w:p w14:paraId="4021402A" w14:textId="77777777" w:rsidR="008E72C3" w:rsidRPr="00FF32C5" w:rsidRDefault="00000000" w:rsidP="00FF32C5">
      <w:pPr>
        <w:ind w:left="227"/>
        <w:jc w:val="both"/>
        <w:rPr>
          <w:rFonts w:ascii="Clinica Pro" w:hAnsi="Clinica Pro"/>
          <w:lang w:val="ru-RU"/>
        </w:rPr>
      </w:pPr>
      <w:r w:rsidRPr="00FF32C5">
        <w:rPr>
          <w:rFonts w:ascii="Clinica Pro" w:hAnsi="Clinica Pro"/>
          <w:lang w:val="ru-RU"/>
        </w:rPr>
        <w:t>20. начисление или выплата вознаграждения может повлечь нарушение законодательства Российской Федерации об иностранных агентах, рекламе, информации или ограничениях на размещение рекламы.</w:t>
      </w:r>
    </w:p>
    <w:p w14:paraId="56A768C4" w14:textId="77777777" w:rsidR="008E72C3" w:rsidRPr="00FF32C5" w:rsidRDefault="00000000" w:rsidP="00FF32C5">
      <w:pPr>
        <w:jc w:val="both"/>
        <w:rPr>
          <w:rFonts w:ascii="Clinica Pro" w:hAnsi="Clinica Pro"/>
          <w:lang w:val="ru-RU"/>
        </w:rPr>
      </w:pPr>
      <w:r w:rsidRPr="00FF32C5">
        <w:rPr>
          <w:rFonts w:ascii="Clinica Pro" w:hAnsi="Clinica Pro"/>
          <w:lang w:val="ru-RU"/>
        </w:rPr>
        <w:t>Организатор вправе временно приостановить начисление или выплату вознаграждения на период проверки обстоятельств, указанных в настоящем разделе.</w:t>
      </w:r>
    </w:p>
    <w:p w14:paraId="6F6B1B6A" w14:textId="77777777" w:rsidR="008E72C3" w:rsidRPr="00FF32C5" w:rsidRDefault="00000000" w:rsidP="00FF32C5">
      <w:pPr>
        <w:pStyle w:val="1"/>
        <w:jc w:val="both"/>
        <w:rPr>
          <w:rFonts w:ascii="Clinica Pro" w:hAnsi="Clinica Pro"/>
          <w:lang w:val="ru-RU"/>
        </w:rPr>
      </w:pPr>
      <w:r w:rsidRPr="00FF32C5">
        <w:rPr>
          <w:rFonts w:ascii="Clinica Pro" w:eastAsia="Times New Roman" w:hAnsi="Clinica Pro"/>
          <w:sz w:val="24"/>
          <w:lang w:val="ru-RU"/>
        </w:rPr>
        <w:t>19. Отчётность по реферальной программе</w:t>
      </w:r>
    </w:p>
    <w:p w14:paraId="7B07A724" w14:textId="77777777" w:rsidR="008E72C3" w:rsidRPr="00FF32C5" w:rsidRDefault="00000000" w:rsidP="00FF32C5">
      <w:pPr>
        <w:jc w:val="both"/>
        <w:rPr>
          <w:rFonts w:ascii="Clinica Pro" w:hAnsi="Clinica Pro"/>
          <w:lang w:val="ru-RU"/>
        </w:rPr>
      </w:pPr>
      <w:r w:rsidRPr="00FF32C5">
        <w:rPr>
          <w:rFonts w:ascii="Clinica Pro" w:hAnsi="Clinica Pro"/>
          <w:lang w:val="ru-RU"/>
        </w:rPr>
        <w:t>Организатор ведёт внутренний учёт рекомендаций, покупок и начисленных вознаграждений.</w:t>
      </w:r>
    </w:p>
    <w:p w14:paraId="6FA41705" w14:textId="77777777" w:rsidR="008E72C3" w:rsidRPr="00FF32C5" w:rsidRDefault="00000000" w:rsidP="00FF32C5">
      <w:pPr>
        <w:jc w:val="both"/>
        <w:rPr>
          <w:rFonts w:ascii="Clinica Pro" w:hAnsi="Clinica Pro"/>
          <w:lang w:val="ru-RU"/>
        </w:rPr>
      </w:pPr>
      <w:r w:rsidRPr="00FF32C5">
        <w:rPr>
          <w:rFonts w:ascii="Clinica Pro" w:hAnsi="Clinica Pro"/>
          <w:lang w:val="ru-RU"/>
        </w:rPr>
        <w:t>По итогам расчётного периода Организатор может сформировать отчёт, содержащий:</w:t>
      </w:r>
    </w:p>
    <w:p w14:paraId="05142045" w14:textId="77777777" w:rsidR="008E72C3" w:rsidRPr="00FF32C5" w:rsidRDefault="00000000" w:rsidP="00FF32C5">
      <w:pPr>
        <w:ind w:left="227"/>
        <w:jc w:val="both"/>
        <w:rPr>
          <w:rFonts w:ascii="Clinica Pro" w:hAnsi="Clinica Pro"/>
          <w:lang w:val="ru-RU"/>
        </w:rPr>
      </w:pPr>
      <w:r w:rsidRPr="00FF32C5">
        <w:rPr>
          <w:rFonts w:ascii="Clinica Pro" w:hAnsi="Clinica Pro"/>
          <w:lang w:val="ru-RU"/>
        </w:rPr>
        <w:t>1. период расчёта;</w:t>
      </w:r>
    </w:p>
    <w:p w14:paraId="70269782" w14:textId="77777777" w:rsidR="008E72C3" w:rsidRPr="00FF32C5" w:rsidRDefault="00000000" w:rsidP="00FF32C5">
      <w:pPr>
        <w:ind w:left="227"/>
        <w:jc w:val="both"/>
        <w:rPr>
          <w:rFonts w:ascii="Clinica Pro" w:hAnsi="Clinica Pro"/>
          <w:lang w:val="ru-RU"/>
        </w:rPr>
      </w:pPr>
      <w:r w:rsidRPr="00FF32C5">
        <w:rPr>
          <w:rFonts w:ascii="Clinica Pro" w:hAnsi="Clinica Pro"/>
          <w:lang w:val="ru-RU"/>
        </w:rPr>
        <w:t>2. реферальный код Участника;</w:t>
      </w:r>
    </w:p>
    <w:p w14:paraId="138F4905" w14:textId="77777777" w:rsidR="008E72C3" w:rsidRPr="00FF32C5" w:rsidRDefault="00000000" w:rsidP="00FF32C5">
      <w:pPr>
        <w:ind w:left="227"/>
        <w:jc w:val="both"/>
        <w:rPr>
          <w:rFonts w:ascii="Clinica Pro" w:hAnsi="Clinica Pro"/>
          <w:lang w:val="ru-RU"/>
        </w:rPr>
      </w:pPr>
      <w:r w:rsidRPr="00FF32C5">
        <w:rPr>
          <w:rFonts w:ascii="Clinica Pro" w:hAnsi="Clinica Pro"/>
          <w:lang w:val="ru-RU"/>
        </w:rPr>
        <w:t>3. количество подтверждённых покупок;</w:t>
      </w:r>
    </w:p>
    <w:p w14:paraId="7AF102C7" w14:textId="77777777" w:rsidR="008E72C3" w:rsidRPr="00FF32C5" w:rsidRDefault="00000000" w:rsidP="00FF32C5">
      <w:pPr>
        <w:ind w:left="227"/>
        <w:jc w:val="both"/>
        <w:rPr>
          <w:rFonts w:ascii="Clinica Pro" w:hAnsi="Clinica Pro"/>
          <w:lang w:val="ru-RU"/>
        </w:rPr>
      </w:pPr>
      <w:r w:rsidRPr="00FF32C5">
        <w:rPr>
          <w:rFonts w:ascii="Clinica Pro" w:hAnsi="Clinica Pro"/>
          <w:lang w:val="ru-RU"/>
        </w:rPr>
        <w:t>4. номера чеков или внутренние номера продаж;</w:t>
      </w:r>
    </w:p>
    <w:p w14:paraId="0B0494D1" w14:textId="77777777" w:rsidR="008E72C3" w:rsidRPr="00FF32C5" w:rsidRDefault="00000000" w:rsidP="00FF32C5">
      <w:pPr>
        <w:ind w:left="227"/>
        <w:jc w:val="both"/>
        <w:rPr>
          <w:rFonts w:ascii="Clinica Pro" w:hAnsi="Clinica Pro"/>
          <w:lang w:val="ru-RU"/>
        </w:rPr>
      </w:pPr>
      <w:r w:rsidRPr="00FF32C5">
        <w:rPr>
          <w:rFonts w:ascii="Clinica Pro" w:hAnsi="Clinica Pro"/>
          <w:lang w:val="ru-RU"/>
        </w:rPr>
        <w:t>5. суммы покупок;</w:t>
      </w:r>
    </w:p>
    <w:p w14:paraId="49CDC774" w14:textId="77777777" w:rsidR="008E72C3" w:rsidRPr="00FF32C5" w:rsidRDefault="00000000" w:rsidP="00FF32C5">
      <w:pPr>
        <w:ind w:left="227"/>
        <w:jc w:val="both"/>
        <w:rPr>
          <w:rFonts w:ascii="Clinica Pro" w:hAnsi="Clinica Pro"/>
          <w:lang w:val="ru-RU"/>
        </w:rPr>
      </w:pPr>
      <w:r w:rsidRPr="00FF32C5">
        <w:rPr>
          <w:rFonts w:ascii="Clinica Pro" w:hAnsi="Clinica Pro"/>
          <w:lang w:val="ru-RU"/>
        </w:rPr>
        <w:t>6. суммы, оплаченные денежными средствами;</w:t>
      </w:r>
    </w:p>
    <w:p w14:paraId="76698973" w14:textId="77777777" w:rsidR="008E72C3" w:rsidRPr="00FF32C5" w:rsidRDefault="00000000" w:rsidP="00FF32C5">
      <w:pPr>
        <w:ind w:left="227"/>
        <w:jc w:val="both"/>
        <w:rPr>
          <w:rFonts w:ascii="Clinica Pro" w:hAnsi="Clinica Pro"/>
          <w:lang w:val="ru-RU"/>
        </w:rPr>
      </w:pPr>
      <w:r w:rsidRPr="00FF32C5">
        <w:rPr>
          <w:rFonts w:ascii="Clinica Pro" w:hAnsi="Clinica Pro"/>
          <w:lang w:val="ru-RU"/>
        </w:rPr>
        <w:t>7. суммы, исключённые из расчёта;</w:t>
      </w:r>
    </w:p>
    <w:p w14:paraId="49CAF896" w14:textId="77777777" w:rsidR="008E72C3" w:rsidRPr="00FF32C5" w:rsidRDefault="00000000" w:rsidP="00FF32C5">
      <w:pPr>
        <w:ind w:left="227"/>
        <w:jc w:val="both"/>
        <w:rPr>
          <w:rFonts w:ascii="Clinica Pro" w:hAnsi="Clinica Pro"/>
          <w:lang w:val="ru-RU"/>
        </w:rPr>
      </w:pPr>
      <w:r w:rsidRPr="00FF32C5">
        <w:rPr>
          <w:rFonts w:ascii="Clinica Pro" w:hAnsi="Clinica Pro"/>
          <w:lang w:val="ru-RU"/>
        </w:rPr>
        <w:t>8. реферальный уровень Участника;</w:t>
      </w:r>
    </w:p>
    <w:p w14:paraId="0AAF7D6B" w14:textId="77777777" w:rsidR="008E72C3" w:rsidRPr="00FF32C5" w:rsidRDefault="00000000" w:rsidP="00FF32C5">
      <w:pPr>
        <w:ind w:left="227"/>
        <w:jc w:val="both"/>
        <w:rPr>
          <w:rFonts w:ascii="Clinica Pro" w:hAnsi="Clinica Pro"/>
          <w:lang w:val="ru-RU"/>
        </w:rPr>
      </w:pPr>
      <w:r w:rsidRPr="00FF32C5">
        <w:rPr>
          <w:rFonts w:ascii="Clinica Pro" w:hAnsi="Clinica Pro"/>
          <w:lang w:val="ru-RU"/>
        </w:rPr>
        <w:t>9. процент, применённый при расчёте;</w:t>
      </w:r>
    </w:p>
    <w:p w14:paraId="096B2D11" w14:textId="77777777" w:rsidR="008E72C3" w:rsidRPr="00FF32C5" w:rsidRDefault="00000000" w:rsidP="00FF32C5">
      <w:pPr>
        <w:ind w:left="227"/>
        <w:jc w:val="both"/>
        <w:rPr>
          <w:rFonts w:ascii="Clinica Pro" w:hAnsi="Clinica Pro"/>
          <w:lang w:val="ru-RU"/>
        </w:rPr>
      </w:pPr>
      <w:r w:rsidRPr="00FF32C5">
        <w:rPr>
          <w:rFonts w:ascii="Clinica Pro" w:hAnsi="Clinica Pro"/>
          <w:lang w:val="ru-RU"/>
        </w:rPr>
        <w:t>10. размер начисленного реферального вознаграждения или реферальных бонусов.</w:t>
      </w:r>
    </w:p>
    <w:p w14:paraId="6FACABAE" w14:textId="77777777" w:rsidR="008E72C3" w:rsidRPr="00FF32C5" w:rsidRDefault="00000000" w:rsidP="00FF32C5">
      <w:pPr>
        <w:jc w:val="both"/>
        <w:rPr>
          <w:rFonts w:ascii="Clinica Pro" w:hAnsi="Clinica Pro"/>
          <w:lang w:val="ru-RU"/>
        </w:rPr>
      </w:pPr>
      <w:r w:rsidRPr="00FF32C5">
        <w:rPr>
          <w:rFonts w:ascii="Clinica Pro" w:hAnsi="Clinica Pro"/>
          <w:lang w:val="ru-RU"/>
        </w:rPr>
        <w:t>Отчёт Организатора является основанием для расчёта вознаграждения, если Участник не предоставил мотивированные возражения в течение 3 рабочих дней с момента направления отчёта.</w:t>
      </w:r>
    </w:p>
    <w:p w14:paraId="4E432F7E" w14:textId="77777777" w:rsidR="008E72C3" w:rsidRPr="00FF32C5" w:rsidRDefault="00000000" w:rsidP="00FF32C5">
      <w:pPr>
        <w:jc w:val="both"/>
        <w:rPr>
          <w:rFonts w:ascii="Clinica Pro" w:hAnsi="Clinica Pro"/>
          <w:lang w:val="ru-RU"/>
        </w:rPr>
      </w:pPr>
      <w:r w:rsidRPr="00FF32C5">
        <w:rPr>
          <w:rFonts w:ascii="Clinica Pro" w:hAnsi="Clinica Pro"/>
          <w:lang w:val="ru-RU"/>
        </w:rPr>
        <w:t>Если Участник не согласен с отчётом, он обязан направить Организатору мотивированные возражения с указанием конкретных операций, по которым возникли разногласия.</w:t>
      </w:r>
    </w:p>
    <w:p w14:paraId="0281C33A" w14:textId="77777777" w:rsidR="008E72C3" w:rsidRPr="00FF32C5" w:rsidRDefault="00000000" w:rsidP="00FF32C5">
      <w:pPr>
        <w:pStyle w:val="1"/>
        <w:jc w:val="both"/>
        <w:rPr>
          <w:rFonts w:ascii="Clinica Pro" w:hAnsi="Clinica Pro"/>
          <w:lang w:val="ru-RU"/>
        </w:rPr>
      </w:pPr>
      <w:r w:rsidRPr="00FF32C5">
        <w:rPr>
          <w:rFonts w:ascii="Clinica Pro" w:eastAsia="Times New Roman" w:hAnsi="Clinica Pro"/>
          <w:sz w:val="24"/>
          <w:lang w:val="ru-RU"/>
        </w:rPr>
        <w:t>20. Изменение условий программы</w:t>
      </w:r>
    </w:p>
    <w:p w14:paraId="472B425D" w14:textId="77777777" w:rsidR="008E72C3" w:rsidRPr="00FF32C5" w:rsidRDefault="00000000" w:rsidP="00FF32C5">
      <w:pPr>
        <w:jc w:val="both"/>
        <w:rPr>
          <w:rFonts w:ascii="Clinica Pro" w:hAnsi="Clinica Pro"/>
          <w:lang w:val="ru-RU"/>
        </w:rPr>
      </w:pPr>
      <w:r w:rsidRPr="00FF32C5">
        <w:rPr>
          <w:rFonts w:ascii="Clinica Pro" w:hAnsi="Clinica Pro"/>
          <w:lang w:val="ru-RU"/>
        </w:rPr>
        <w:t>Организатор вправе в одностороннем порядке изменять условия настоящей оферты, размер бонусов, размер вознаграждения, правила начисления, перечень участвующих магазинов и иные условия программы.</w:t>
      </w:r>
    </w:p>
    <w:p w14:paraId="619DCFC3" w14:textId="77777777" w:rsidR="008E72C3" w:rsidRPr="00FF32C5" w:rsidRDefault="00000000" w:rsidP="00FF32C5">
      <w:pPr>
        <w:jc w:val="both"/>
        <w:rPr>
          <w:rFonts w:ascii="Clinica Pro" w:hAnsi="Clinica Pro"/>
          <w:lang w:val="ru-RU"/>
        </w:rPr>
      </w:pPr>
      <w:r w:rsidRPr="00FF32C5">
        <w:rPr>
          <w:rFonts w:ascii="Clinica Pro" w:hAnsi="Clinica Pro"/>
          <w:lang w:val="ru-RU"/>
        </w:rPr>
        <w:t xml:space="preserve">Новая редакция оферты вступает в силу с момента публикации на сайте Организатора и/или в приложении </w:t>
      </w:r>
      <w:r w:rsidRPr="00FF32C5">
        <w:rPr>
          <w:rFonts w:ascii="Clinica Pro" w:hAnsi="Clinica Pro"/>
        </w:rPr>
        <w:t>GLAME</w:t>
      </w:r>
      <w:r w:rsidRPr="00FF32C5">
        <w:rPr>
          <w:rFonts w:ascii="Clinica Pro" w:hAnsi="Clinica Pro"/>
          <w:lang w:val="ru-RU"/>
        </w:rPr>
        <w:t>, если иной срок не указан в новой редакции.</w:t>
      </w:r>
    </w:p>
    <w:p w14:paraId="7E3864D8" w14:textId="77777777" w:rsidR="008E72C3" w:rsidRPr="00FF32C5" w:rsidRDefault="00000000" w:rsidP="00FF32C5">
      <w:pPr>
        <w:jc w:val="both"/>
        <w:rPr>
          <w:rFonts w:ascii="Clinica Pro" w:hAnsi="Clinica Pro"/>
          <w:lang w:val="ru-RU"/>
        </w:rPr>
      </w:pPr>
      <w:r w:rsidRPr="00FF32C5">
        <w:rPr>
          <w:rFonts w:ascii="Clinica Pro" w:hAnsi="Clinica Pro"/>
          <w:lang w:val="ru-RU"/>
        </w:rPr>
        <w:t xml:space="preserve">Организатор вправе дополнительно уведомлять Участников об изменениях через </w:t>
      </w:r>
      <w:r w:rsidRPr="00FF32C5">
        <w:rPr>
          <w:rFonts w:ascii="Clinica Pro" w:hAnsi="Clinica Pro"/>
        </w:rPr>
        <w:t>e</w:t>
      </w:r>
      <w:r w:rsidRPr="00FF32C5">
        <w:rPr>
          <w:rFonts w:ascii="Clinica Pro" w:hAnsi="Clinica Pro"/>
          <w:lang w:val="ru-RU"/>
        </w:rPr>
        <w:t>-</w:t>
      </w:r>
      <w:r w:rsidRPr="00FF32C5">
        <w:rPr>
          <w:rFonts w:ascii="Clinica Pro" w:hAnsi="Clinica Pro"/>
        </w:rPr>
        <w:t>mail</w:t>
      </w:r>
      <w:r w:rsidRPr="00FF32C5">
        <w:rPr>
          <w:rFonts w:ascii="Clinica Pro" w:hAnsi="Clinica Pro"/>
          <w:lang w:val="ru-RU"/>
        </w:rPr>
        <w:t xml:space="preserve">, мессенджеры, </w:t>
      </w:r>
      <w:r w:rsidRPr="00FF32C5">
        <w:rPr>
          <w:rFonts w:ascii="Clinica Pro" w:hAnsi="Clinica Pro"/>
        </w:rPr>
        <w:t>Telegram</w:t>
      </w:r>
      <w:r w:rsidRPr="00FF32C5">
        <w:rPr>
          <w:rFonts w:ascii="Clinica Pro" w:hAnsi="Clinica Pro"/>
          <w:lang w:val="ru-RU"/>
        </w:rPr>
        <w:t xml:space="preserve">-канал </w:t>
      </w:r>
      <w:r w:rsidRPr="00FF32C5">
        <w:rPr>
          <w:rFonts w:ascii="Clinica Pro" w:hAnsi="Clinica Pro"/>
        </w:rPr>
        <w:t>GLAME</w:t>
      </w:r>
      <w:r w:rsidRPr="00FF32C5">
        <w:rPr>
          <w:rFonts w:ascii="Clinica Pro" w:hAnsi="Clinica Pro"/>
          <w:lang w:val="ru-RU"/>
        </w:rPr>
        <w:t xml:space="preserve">, </w:t>
      </w:r>
      <w:r w:rsidRPr="00FF32C5">
        <w:rPr>
          <w:rFonts w:ascii="Clinica Pro" w:hAnsi="Clinica Pro"/>
        </w:rPr>
        <w:t>push</w:t>
      </w:r>
      <w:r w:rsidRPr="00FF32C5">
        <w:rPr>
          <w:rFonts w:ascii="Clinica Pro" w:hAnsi="Clinica Pro"/>
          <w:lang w:val="ru-RU"/>
        </w:rPr>
        <w:t xml:space="preserve">-уведомления или иные каналы связи, однако основным способом публикации актуальной редакции оферты является размещение на сайте Организатора и/или в приложении </w:t>
      </w:r>
      <w:r w:rsidRPr="00FF32C5">
        <w:rPr>
          <w:rFonts w:ascii="Clinica Pro" w:hAnsi="Clinica Pro"/>
        </w:rPr>
        <w:t>GLAME</w:t>
      </w:r>
      <w:r w:rsidRPr="00FF32C5">
        <w:rPr>
          <w:rFonts w:ascii="Clinica Pro" w:hAnsi="Clinica Pro"/>
          <w:lang w:val="ru-RU"/>
        </w:rPr>
        <w:t>.</w:t>
      </w:r>
    </w:p>
    <w:p w14:paraId="5481C015" w14:textId="77777777" w:rsidR="008E72C3" w:rsidRPr="00FF32C5" w:rsidRDefault="00000000" w:rsidP="00FF32C5">
      <w:pPr>
        <w:jc w:val="both"/>
        <w:rPr>
          <w:rFonts w:ascii="Clinica Pro" w:hAnsi="Clinica Pro"/>
          <w:lang w:val="ru-RU"/>
        </w:rPr>
      </w:pPr>
      <w:r w:rsidRPr="00FF32C5">
        <w:rPr>
          <w:rFonts w:ascii="Clinica Pro" w:hAnsi="Clinica Pro"/>
          <w:lang w:val="ru-RU"/>
        </w:rPr>
        <w:t>Изменения не распространяются на уже подтверждённые начисления, если иное прямо не указано Организатором.</w:t>
      </w:r>
    </w:p>
    <w:p w14:paraId="10B2CB03" w14:textId="77777777" w:rsidR="008E72C3" w:rsidRPr="00FF32C5" w:rsidRDefault="00000000" w:rsidP="00FF32C5">
      <w:pPr>
        <w:jc w:val="both"/>
        <w:rPr>
          <w:rFonts w:ascii="Clinica Pro" w:hAnsi="Clinica Pro"/>
          <w:lang w:val="ru-RU"/>
        </w:rPr>
      </w:pPr>
      <w:r w:rsidRPr="00FF32C5">
        <w:rPr>
          <w:rFonts w:ascii="Clinica Pro" w:hAnsi="Clinica Pro"/>
          <w:lang w:val="ru-RU"/>
        </w:rPr>
        <w:t>Участник обязан самостоятельно отслеживать актуальную редакцию оферты.</w:t>
      </w:r>
    </w:p>
    <w:p w14:paraId="3622DC5A" w14:textId="77777777" w:rsidR="008E72C3" w:rsidRPr="00FF32C5" w:rsidRDefault="00000000" w:rsidP="00FF32C5">
      <w:pPr>
        <w:jc w:val="both"/>
        <w:rPr>
          <w:rFonts w:ascii="Clinica Pro" w:hAnsi="Clinica Pro"/>
          <w:lang w:val="ru-RU"/>
        </w:rPr>
      </w:pPr>
      <w:r w:rsidRPr="00FF32C5">
        <w:rPr>
          <w:rFonts w:ascii="Clinica Pro" w:hAnsi="Clinica Pro"/>
          <w:lang w:val="ru-RU"/>
        </w:rPr>
        <w:t>Продолжение участия в программе после публикации новой редакции оферты означает согласие Участника с изменёнными условиями.</w:t>
      </w:r>
    </w:p>
    <w:p w14:paraId="726C2D40" w14:textId="77777777" w:rsidR="008E72C3" w:rsidRPr="00FF32C5" w:rsidRDefault="00000000" w:rsidP="00FF32C5">
      <w:pPr>
        <w:pStyle w:val="1"/>
        <w:jc w:val="both"/>
        <w:rPr>
          <w:rFonts w:ascii="Clinica Pro" w:hAnsi="Clinica Pro"/>
          <w:lang w:val="ru-RU"/>
        </w:rPr>
      </w:pPr>
      <w:r w:rsidRPr="00FF32C5">
        <w:rPr>
          <w:rFonts w:ascii="Clinica Pro" w:eastAsia="Times New Roman" w:hAnsi="Clinica Pro"/>
          <w:sz w:val="24"/>
          <w:lang w:val="ru-RU"/>
        </w:rPr>
        <w:lastRenderedPageBreak/>
        <w:t>21. Срок действия программы</w:t>
      </w:r>
    </w:p>
    <w:p w14:paraId="3B10F82C" w14:textId="77777777" w:rsidR="008E72C3" w:rsidRPr="00FF32C5" w:rsidRDefault="00000000" w:rsidP="00FF32C5">
      <w:pPr>
        <w:jc w:val="both"/>
        <w:rPr>
          <w:rFonts w:ascii="Clinica Pro" w:hAnsi="Clinica Pro"/>
          <w:lang w:val="ru-RU"/>
        </w:rPr>
      </w:pPr>
      <w:r w:rsidRPr="00FF32C5">
        <w:rPr>
          <w:rFonts w:ascii="Clinica Pro" w:hAnsi="Clinica Pro"/>
          <w:lang w:val="ru-RU"/>
        </w:rPr>
        <w:t>Реферальная программа действует до её отмены Организатором.</w:t>
      </w:r>
    </w:p>
    <w:p w14:paraId="150D767F" w14:textId="77777777" w:rsidR="008E72C3" w:rsidRPr="00FF32C5" w:rsidRDefault="00000000" w:rsidP="00FF32C5">
      <w:pPr>
        <w:jc w:val="both"/>
        <w:rPr>
          <w:rFonts w:ascii="Clinica Pro" w:hAnsi="Clinica Pro"/>
          <w:lang w:val="ru-RU"/>
        </w:rPr>
      </w:pPr>
      <w:r w:rsidRPr="00FF32C5">
        <w:rPr>
          <w:rFonts w:ascii="Clinica Pro" w:hAnsi="Clinica Pro"/>
          <w:lang w:val="ru-RU"/>
        </w:rPr>
        <w:t>Организатор вправе прекратить программу полностью или частично в любое время.</w:t>
      </w:r>
    </w:p>
    <w:p w14:paraId="408796B1" w14:textId="77777777" w:rsidR="008E72C3" w:rsidRPr="00FF32C5" w:rsidRDefault="00000000" w:rsidP="00FF32C5">
      <w:pPr>
        <w:jc w:val="both"/>
        <w:rPr>
          <w:rFonts w:ascii="Clinica Pro" w:hAnsi="Clinica Pro"/>
          <w:lang w:val="ru-RU"/>
        </w:rPr>
      </w:pPr>
      <w:r w:rsidRPr="00FF32C5">
        <w:rPr>
          <w:rFonts w:ascii="Clinica Pro" w:hAnsi="Clinica Pro"/>
          <w:lang w:val="ru-RU"/>
        </w:rPr>
        <w:t>Участник вправе прекратить участие в программе, направив Организатору соответствующее уведомление.</w:t>
      </w:r>
    </w:p>
    <w:p w14:paraId="2CACD2C1" w14:textId="77777777" w:rsidR="008E72C3" w:rsidRPr="00FF32C5" w:rsidRDefault="00000000" w:rsidP="00FF32C5">
      <w:pPr>
        <w:jc w:val="both"/>
        <w:rPr>
          <w:rFonts w:ascii="Clinica Pro" w:hAnsi="Clinica Pro"/>
          <w:lang w:val="ru-RU"/>
        </w:rPr>
      </w:pPr>
      <w:r w:rsidRPr="00FF32C5">
        <w:rPr>
          <w:rFonts w:ascii="Clinica Pro" w:hAnsi="Clinica Pro"/>
          <w:lang w:val="ru-RU"/>
        </w:rPr>
        <w:t>Прекращение участия не освобождает Участника от обязательств, возникших до даты прекращения участия.</w:t>
      </w:r>
    </w:p>
    <w:p w14:paraId="7D1DF067" w14:textId="77777777" w:rsidR="008E72C3" w:rsidRPr="00FF32C5" w:rsidRDefault="00000000" w:rsidP="00FF32C5">
      <w:pPr>
        <w:pStyle w:val="1"/>
        <w:jc w:val="both"/>
        <w:rPr>
          <w:rFonts w:ascii="Clinica Pro" w:hAnsi="Clinica Pro"/>
          <w:lang w:val="ru-RU"/>
        </w:rPr>
      </w:pPr>
      <w:r w:rsidRPr="00FF32C5">
        <w:rPr>
          <w:rFonts w:ascii="Clinica Pro" w:eastAsia="Times New Roman" w:hAnsi="Clinica Pro"/>
          <w:sz w:val="24"/>
          <w:lang w:val="ru-RU"/>
        </w:rPr>
        <w:t>22. Ответственность сторон</w:t>
      </w:r>
    </w:p>
    <w:p w14:paraId="009CABC3" w14:textId="77777777" w:rsidR="008E72C3" w:rsidRPr="00FF32C5" w:rsidRDefault="00000000" w:rsidP="00FF32C5">
      <w:pPr>
        <w:jc w:val="both"/>
        <w:rPr>
          <w:rFonts w:ascii="Clinica Pro" w:hAnsi="Clinica Pro"/>
          <w:lang w:val="ru-RU"/>
        </w:rPr>
      </w:pPr>
      <w:r w:rsidRPr="00FF32C5">
        <w:rPr>
          <w:rFonts w:ascii="Clinica Pro" w:hAnsi="Clinica Pro"/>
          <w:lang w:val="ru-RU"/>
        </w:rPr>
        <w:t>Участник несёт ответственность за достоверность предоставленных данных, соблюдение условий настоящей оферты, корректность рекомендаций и соблюдение законодательства Российской Федерации.</w:t>
      </w:r>
    </w:p>
    <w:p w14:paraId="15761390" w14:textId="77777777" w:rsidR="008E72C3" w:rsidRPr="00FF32C5" w:rsidRDefault="00000000" w:rsidP="00FF32C5">
      <w:pPr>
        <w:jc w:val="both"/>
        <w:rPr>
          <w:rFonts w:ascii="Clinica Pro" w:hAnsi="Clinica Pro"/>
          <w:lang w:val="ru-RU"/>
        </w:rPr>
      </w:pPr>
      <w:r w:rsidRPr="00FF32C5">
        <w:rPr>
          <w:rFonts w:ascii="Clinica Pro" w:hAnsi="Clinica Pro"/>
          <w:lang w:val="ru-RU"/>
        </w:rPr>
        <w:t>Организатор не несёт ответственности за действия Участника, совершённые без согласования с Организатором.</w:t>
      </w:r>
    </w:p>
    <w:p w14:paraId="6DD925DF" w14:textId="77777777" w:rsidR="008E72C3" w:rsidRPr="00FF32C5" w:rsidRDefault="00000000" w:rsidP="00FF32C5">
      <w:pPr>
        <w:jc w:val="both"/>
        <w:rPr>
          <w:rFonts w:ascii="Clinica Pro" w:hAnsi="Clinica Pro"/>
          <w:lang w:val="ru-RU"/>
        </w:rPr>
      </w:pPr>
      <w:r w:rsidRPr="00FF32C5">
        <w:rPr>
          <w:rFonts w:ascii="Clinica Pro" w:hAnsi="Clinica Pro"/>
          <w:lang w:val="ru-RU"/>
        </w:rPr>
        <w:t>Организатор не гарантирует Участнику получение вознаграждения, если условия настоящей оферты не выполнены.</w:t>
      </w:r>
    </w:p>
    <w:p w14:paraId="3E8EC7F2" w14:textId="77777777" w:rsidR="008E72C3" w:rsidRPr="00FF32C5" w:rsidRDefault="00000000" w:rsidP="00FF32C5">
      <w:pPr>
        <w:jc w:val="both"/>
        <w:rPr>
          <w:rFonts w:ascii="Clinica Pro" w:hAnsi="Clinica Pro"/>
          <w:lang w:val="ru-RU"/>
        </w:rPr>
      </w:pPr>
      <w:r w:rsidRPr="00FF32C5">
        <w:rPr>
          <w:rFonts w:ascii="Clinica Pro" w:hAnsi="Clinica Pro"/>
          <w:lang w:val="ru-RU"/>
        </w:rPr>
        <w:t>Участник обязуется возместить Организатору убытки, штрафы, расходы, требования третьих лиц и иные имущественные потери, возникшие вследствие предоставления недостоверных данных, незаконной передачи персональных данных, нарушения рекламного законодательства, законодательства об иностранных агентах, законодательства об информации, нарушения прав третьих лиц, нарушения правил работодателя или заказчика Участника, антикоррупционных ограничений или иных нарушений условий настоящей оферты.</w:t>
      </w:r>
    </w:p>
    <w:p w14:paraId="06996E9A" w14:textId="77777777" w:rsidR="008E72C3" w:rsidRPr="00FF32C5" w:rsidRDefault="00000000" w:rsidP="00FF32C5">
      <w:pPr>
        <w:jc w:val="both"/>
        <w:rPr>
          <w:rFonts w:ascii="Clinica Pro" w:hAnsi="Clinica Pro"/>
          <w:lang w:val="ru-RU"/>
        </w:rPr>
      </w:pPr>
      <w:r w:rsidRPr="00FF32C5">
        <w:rPr>
          <w:rFonts w:ascii="Clinica Pro" w:hAnsi="Clinica Pro"/>
          <w:lang w:val="ru-RU"/>
        </w:rPr>
        <w:t>Организатор вправе заблокировать реферальный код Участника, приостановить участие Участника в программе, отказать в начислении бонусов или денежного вознаграждения при выявлении нарушений настоящей оферты, признаков злоупотребления, фиктивных рекомендаций, использования информационных ресурсов иностранных агентов, сокрытия статуса иностранного агента или иных недобросовестных действий.</w:t>
      </w:r>
    </w:p>
    <w:p w14:paraId="4734BBB3" w14:textId="77777777" w:rsidR="008E72C3" w:rsidRPr="00FF32C5" w:rsidRDefault="00000000" w:rsidP="00FF32C5">
      <w:pPr>
        <w:pStyle w:val="1"/>
        <w:jc w:val="both"/>
        <w:rPr>
          <w:rFonts w:ascii="Clinica Pro" w:hAnsi="Clinica Pro"/>
          <w:lang w:val="ru-RU"/>
        </w:rPr>
      </w:pPr>
      <w:r w:rsidRPr="00FF32C5">
        <w:rPr>
          <w:rFonts w:ascii="Clinica Pro" w:eastAsia="Times New Roman" w:hAnsi="Clinica Pro"/>
          <w:sz w:val="24"/>
          <w:lang w:val="ru-RU"/>
        </w:rPr>
        <w:t>23. Индивидуальные соглашения</w:t>
      </w:r>
    </w:p>
    <w:p w14:paraId="4D118CE1" w14:textId="77777777" w:rsidR="008E72C3" w:rsidRPr="00FF32C5" w:rsidRDefault="00000000" w:rsidP="00FF32C5">
      <w:pPr>
        <w:jc w:val="both"/>
        <w:rPr>
          <w:rFonts w:ascii="Clinica Pro" w:hAnsi="Clinica Pro"/>
          <w:lang w:val="ru-RU"/>
        </w:rPr>
      </w:pPr>
      <w:r w:rsidRPr="00FF32C5">
        <w:rPr>
          <w:rFonts w:ascii="Clinica Pro" w:hAnsi="Clinica Pro"/>
          <w:lang w:val="ru-RU"/>
        </w:rPr>
        <w:t>Организатор вправе заключать с отдельными Участниками индивидуальные договоры или дополнительные соглашения о реферальном сотрудничестве, маркетинговом сотрудничестве, размещении рекламы, участии в мероприятиях или иных формах взаимодействия.</w:t>
      </w:r>
    </w:p>
    <w:p w14:paraId="35567F30" w14:textId="77777777" w:rsidR="008E72C3" w:rsidRPr="00FF32C5" w:rsidRDefault="00000000" w:rsidP="00FF32C5">
      <w:pPr>
        <w:jc w:val="both"/>
        <w:rPr>
          <w:rFonts w:ascii="Clinica Pro" w:hAnsi="Clinica Pro"/>
          <w:lang w:val="ru-RU"/>
        </w:rPr>
      </w:pPr>
      <w:r w:rsidRPr="00FF32C5">
        <w:rPr>
          <w:rFonts w:ascii="Clinica Pro" w:hAnsi="Clinica Pro"/>
          <w:lang w:val="ru-RU"/>
        </w:rPr>
        <w:t>В случае противоречия между индивидуальным письменным договором и настоящей офертой применяются условия индивидуального договора, если он прямо регулирует соответствующие отношения.</w:t>
      </w:r>
    </w:p>
    <w:p w14:paraId="525A1A0C" w14:textId="77777777" w:rsidR="008E72C3" w:rsidRPr="00FF32C5" w:rsidRDefault="00000000" w:rsidP="00FF32C5">
      <w:pPr>
        <w:jc w:val="both"/>
        <w:rPr>
          <w:rFonts w:ascii="Clinica Pro" w:hAnsi="Clinica Pro"/>
          <w:lang w:val="ru-RU"/>
        </w:rPr>
      </w:pPr>
      <w:r w:rsidRPr="00FF32C5">
        <w:rPr>
          <w:rFonts w:ascii="Clinica Pro" w:hAnsi="Clinica Pro"/>
          <w:lang w:val="ru-RU"/>
        </w:rPr>
        <w:t>Заключение индивидуального договора не является обязанностью Организатора и осуществляется по его усмотрению.</w:t>
      </w:r>
    </w:p>
    <w:p w14:paraId="65A60E61" w14:textId="77777777" w:rsidR="008E72C3" w:rsidRPr="00FF32C5" w:rsidRDefault="00000000" w:rsidP="00FF32C5">
      <w:pPr>
        <w:pStyle w:val="1"/>
        <w:jc w:val="both"/>
        <w:rPr>
          <w:rFonts w:ascii="Clinica Pro" w:hAnsi="Clinica Pro"/>
          <w:lang w:val="ru-RU"/>
        </w:rPr>
      </w:pPr>
      <w:r w:rsidRPr="00FF32C5">
        <w:rPr>
          <w:rFonts w:ascii="Clinica Pro" w:eastAsia="Times New Roman" w:hAnsi="Clinica Pro"/>
          <w:sz w:val="24"/>
          <w:lang w:val="ru-RU"/>
        </w:rPr>
        <w:t>24. Заключительные положения</w:t>
      </w:r>
    </w:p>
    <w:p w14:paraId="2E829F24" w14:textId="77777777" w:rsidR="008E72C3" w:rsidRPr="00FF32C5" w:rsidRDefault="00000000" w:rsidP="00FF32C5">
      <w:pPr>
        <w:jc w:val="both"/>
        <w:rPr>
          <w:rFonts w:ascii="Clinica Pro" w:hAnsi="Clinica Pro"/>
          <w:lang w:val="ru-RU"/>
        </w:rPr>
      </w:pPr>
      <w:r w:rsidRPr="00FF32C5">
        <w:rPr>
          <w:rFonts w:ascii="Clinica Pro" w:hAnsi="Clinica Pro"/>
          <w:lang w:val="ru-RU"/>
        </w:rPr>
        <w:t>Настоящая оферта не является трудовым договором и не создаёт между Организатором и Участником трудовых отношений.</w:t>
      </w:r>
    </w:p>
    <w:p w14:paraId="6420043D" w14:textId="77777777" w:rsidR="008E72C3" w:rsidRPr="00FF32C5" w:rsidRDefault="00000000" w:rsidP="00FF32C5">
      <w:pPr>
        <w:jc w:val="both"/>
        <w:rPr>
          <w:rFonts w:ascii="Clinica Pro" w:hAnsi="Clinica Pro"/>
          <w:lang w:val="ru-RU"/>
        </w:rPr>
      </w:pPr>
      <w:r w:rsidRPr="00FF32C5">
        <w:rPr>
          <w:rFonts w:ascii="Clinica Pro" w:hAnsi="Clinica Pro"/>
          <w:lang w:val="ru-RU"/>
        </w:rPr>
        <w:t xml:space="preserve">Участник самостоятельно определяет, рекомендовать ли </w:t>
      </w:r>
      <w:r w:rsidRPr="00FF32C5">
        <w:rPr>
          <w:rFonts w:ascii="Clinica Pro" w:hAnsi="Clinica Pro"/>
        </w:rPr>
        <w:t>GLAME</w:t>
      </w:r>
      <w:r w:rsidRPr="00FF32C5">
        <w:rPr>
          <w:rFonts w:ascii="Clinica Pro" w:hAnsi="Clinica Pro"/>
          <w:lang w:val="ru-RU"/>
        </w:rPr>
        <w:t xml:space="preserve"> третьим лицам, не подчиняется правилам внутреннего трудового распорядка Организатора, не имеет установленного графика работы и не получает заработную плату.</w:t>
      </w:r>
    </w:p>
    <w:p w14:paraId="3B4F8209" w14:textId="77777777" w:rsidR="008E72C3" w:rsidRPr="00FF32C5" w:rsidRDefault="00000000" w:rsidP="00FF32C5">
      <w:pPr>
        <w:jc w:val="both"/>
        <w:rPr>
          <w:rFonts w:ascii="Clinica Pro" w:hAnsi="Clinica Pro"/>
          <w:lang w:val="ru-RU"/>
        </w:rPr>
      </w:pPr>
      <w:r w:rsidRPr="00FF32C5">
        <w:rPr>
          <w:rFonts w:ascii="Clinica Pro" w:hAnsi="Clinica Pro"/>
          <w:lang w:val="ru-RU"/>
        </w:rPr>
        <w:t>Настоящая оферта не является агентским договором, договором комиссии или договором поручения.</w:t>
      </w:r>
    </w:p>
    <w:p w14:paraId="743C5FFE" w14:textId="77777777" w:rsidR="008E72C3" w:rsidRPr="00FF32C5" w:rsidRDefault="00000000" w:rsidP="00FF32C5">
      <w:pPr>
        <w:jc w:val="both"/>
        <w:rPr>
          <w:rFonts w:ascii="Clinica Pro" w:hAnsi="Clinica Pro"/>
          <w:lang w:val="ru-RU"/>
        </w:rPr>
      </w:pPr>
      <w:r w:rsidRPr="00FF32C5">
        <w:rPr>
          <w:rFonts w:ascii="Clinica Pro" w:hAnsi="Clinica Pro"/>
          <w:lang w:val="ru-RU"/>
        </w:rPr>
        <w:lastRenderedPageBreak/>
        <w:t>Денежное вознаграждение выплачивается только при наличии подтверждённого результата — покупки Рекомендованного клиента, соответствующей условиям настоящей оферты.</w:t>
      </w:r>
    </w:p>
    <w:p w14:paraId="4B3B937A" w14:textId="77777777" w:rsidR="008E72C3" w:rsidRPr="00FF32C5" w:rsidRDefault="00000000" w:rsidP="00FF32C5">
      <w:pPr>
        <w:jc w:val="both"/>
        <w:rPr>
          <w:rFonts w:ascii="Clinica Pro" w:hAnsi="Clinica Pro"/>
          <w:lang w:val="ru-RU"/>
        </w:rPr>
      </w:pPr>
      <w:r w:rsidRPr="00FF32C5">
        <w:rPr>
          <w:rFonts w:ascii="Clinica Pro" w:hAnsi="Clinica Pro"/>
          <w:lang w:val="ru-RU"/>
        </w:rPr>
        <w:t>Во всём, что не урегулировано настоящей офертой, стороны руководствуются законодательством Российской Федерации.</w:t>
      </w:r>
    </w:p>
    <w:p w14:paraId="47958111" w14:textId="77777777" w:rsidR="008E72C3" w:rsidRPr="00FF32C5" w:rsidRDefault="00000000" w:rsidP="00FF32C5">
      <w:pPr>
        <w:pStyle w:val="1"/>
        <w:jc w:val="both"/>
        <w:rPr>
          <w:rFonts w:ascii="Clinica Pro" w:hAnsi="Clinica Pro"/>
          <w:lang w:val="ru-RU"/>
        </w:rPr>
      </w:pPr>
      <w:r w:rsidRPr="00FF32C5">
        <w:rPr>
          <w:rFonts w:ascii="Clinica Pro" w:eastAsia="Times New Roman" w:hAnsi="Clinica Pro"/>
          <w:sz w:val="24"/>
          <w:lang w:val="ru-RU"/>
        </w:rPr>
        <w:t>25. Реквизиты Организатора</w:t>
      </w:r>
    </w:p>
    <w:p w14:paraId="4D854988" w14:textId="77777777" w:rsidR="008E72C3" w:rsidRPr="00FF32C5" w:rsidRDefault="00000000" w:rsidP="00FF32C5">
      <w:pPr>
        <w:jc w:val="both"/>
        <w:rPr>
          <w:rFonts w:ascii="Clinica Pro" w:hAnsi="Clinica Pro"/>
          <w:lang w:val="ru-RU"/>
        </w:rPr>
      </w:pPr>
      <w:r w:rsidRPr="00FF32C5">
        <w:rPr>
          <w:rFonts w:ascii="Clinica Pro" w:hAnsi="Clinica Pro"/>
          <w:lang w:val="ru-RU"/>
        </w:rPr>
        <w:t>Индивидуальный предприниматель Орешников Анатолий Анатольевич</w:t>
      </w:r>
    </w:p>
    <w:p w14:paraId="0D62D6E1" w14:textId="77777777" w:rsidR="008E72C3" w:rsidRPr="00FF32C5" w:rsidRDefault="00000000" w:rsidP="00FF32C5">
      <w:pPr>
        <w:jc w:val="both"/>
        <w:rPr>
          <w:rFonts w:ascii="Clinica Pro" w:hAnsi="Clinica Pro"/>
          <w:lang w:val="ru-RU"/>
        </w:rPr>
      </w:pPr>
      <w:r w:rsidRPr="00FF32C5">
        <w:rPr>
          <w:rFonts w:ascii="Clinica Pro" w:hAnsi="Clinica Pro"/>
          <w:lang w:val="ru-RU"/>
        </w:rPr>
        <w:t>ИНН: 212905596995</w:t>
      </w:r>
    </w:p>
    <w:p w14:paraId="23DA1B81" w14:textId="77777777" w:rsidR="008E72C3" w:rsidRPr="00FF32C5" w:rsidRDefault="00000000" w:rsidP="00FF32C5">
      <w:pPr>
        <w:jc w:val="both"/>
        <w:rPr>
          <w:rFonts w:ascii="Clinica Pro" w:hAnsi="Clinica Pro"/>
          <w:lang w:val="ru-RU"/>
        </w:rPr>
      </w:pPr>
      <w:r w:rsidRPr="00FF32C5">
        <w:rPr>
          <w:rFonts w:ascii="Clinica Pro" w:hAnsi="Clinica Pro"/>
          <w:lang w:val="ru-RU"/>
        </w:rPr>
        <w:t>ОГРНИП: 318213000054593</w:t>
      </w:r>
    </w:p>
    <w:p w14:paraId="015DEC53" w14:textId="77777777" w:rsidR="008E72C3" w:rsidRPr="00FF32C5" w:rsidRDefault="00000000" w:rsidP="00FF32C5">
      <w:pPr>
        <w:jc w:val="both"/>
        <w:rPr>
          <w:rFonts w:ascii="Clinica Pro" w:hAnsi="Clinica Pro"/>
          <w:lang w:val="ru-RU"/>
        </w:rPr>
      </w:pPr>
      <w:r w:rsidRPr="00FF32C5">
        <w:rPr>
          <w:rFonts w:ascii="Clinica Pro" w:hAnsi="Clinica Pro"/>
          <w:lang w:val="ru-RU"/>
        </w:rPr>
        <w:t>Адрес: 296200, Республика Крым, Раздольненский район, пгт Раздольное, ул. Гагарина, д. 7, кв. 6</w:t>
      </w:r>
    </w:p>
    <w:p w14:paraId="0B3FD212" w14:textId="77777777" w:rsidR="008E72C3" w:rsidRPr="00FF32C5" w:rsidRDefault="00000000" w:rsidP="00FF32C5">
      <w:pPr>
        <w:jc w:val="both"/>
        <w:rPr>
          <w:rFonts w:ascii="Clinica Pro" w:hAnsi="Clinica Pro"/>
          <w:lang w:val="ru-RU"/>
        </w:rPr>
      </w:pPr>
      <w:r w:rsidRPr="00FF32C5">
        <w:rPr>
          <w:rFonts w:ascii="Clinica Pro" w:hAnsi="Clinica Pro"/>
        </w:rPr>
        <w:t>E</w:t>
      </w:r>
      <w:r w:rsidRPr="00FF32C5">
        <w:rPr>
          <w:rFonts w:ascii="Clinica Pro" w:hAnsi="Clinica Pro"/>
          <w:lang w:val="ru-RU"/>
        </w:rPr>
        <w:t>-</w:t>
      </w:r>
      <w:r w:rsidRPr="00FF32C5">
        <w:rPr>
          <w:rFonts w:ascii="Clinica Pro" w:hAnsi="Clinica Pro"/>
        </w:rPr>
        <w:t>mail</w:t>
      </w:r>
      <w:r w:rsidRPr="00FF32C5">
        <w:rPr>
          <w:rFonts w:ascii="Clinica Pro" w:hAnsi="Clinica Pro"/>
          <w:lang w:val="ru-RU"/>
        </w:rPr>
        <w:t xml:space="preserve"> по вопросам реферальной программы: </w:t>
      </w:r>
      <w:r w:rsidRPr="00FF32C5">
        <w:rPr>
          <w:rFonts w:ascii="Clinica Pro" w:hAnsi="Clinica Pro"/>
        </w:rPr>
        <w:t>partner</w:t>
      </w:r>
      <w:r w:rsidRPr="00FF32C5">
        <w:rPr>
          <w:rFonts w:ascii="Clinica Pro" w:hAnsi="Clinica Pro"/>
          <w:lang w:val="ru-RU"/>
        </w:rPr>
        <w:t>@</w:t>
      </w:r>
      <w:proofErr w:type="spellStart"/>
      <w:r w:rsidRPr="00FF32C5">
        <w:rPr>
          <w:rFonts w:ascii="Clinica Pro" w:hAnsi="Clinica Pro"/>
        </w:rPr>
        <w:t>glamejewelry</w:t>
      </w:r>
      <w:proofErr w:type="spellEnd"/>
      <w:r w:rsidRPr="00FF32C5">
        <w:rPr>
          <w:rFonts w:ascii="Clinica Pro" w:hAnsi="Clinica Pro"/>
          <w:lang w:val="ru-RU"/>
        </w:rPr>
        <w:t>.</w:t>
      </w:r>
      <w:proofErr w:type="spellStart"/>
      <w:r w:rsidRPr="00FF32C5">
        <w:rPr>
          <w:rFonts w:ascii="Clinica Pro" w:hAnsi="Clinica Pro"/>
        </w:rPr>
        <w:t>ru</w:t>
      </w:r>
      <w:proofErr w:type="spellEnd"/>
    </w:p>
    <w:p w14:paraId="2A6AAC92" w14:textId="77777777" w:rsidR="008E72C3" w:rsidRPr="00FF32C5" w:rsidRDefault="00000000" w:rsidP="00FF32C5">
      <w:pPr>
        <w:jc w:val="both"/>
        <w:rPr>
          <w:rFonts w:ascii="Clinica Pro" w:hAnsi="Clinica Pro"/>
          <w:lang w:val="ru-RU"/>
        </w:rPr>
      </w:pPr>
      <w:r w:rsidRPr="00FF32C5">
        <w:rPr>
          <w:rFonts w:ascii="Clinica Pro" w:hAnsi="Clinica Pro"/>
          <w:lang w:val="ru-RU"/>
        </w:rPr>
        <w:t xml:space="preserve">Телефон поддержки в рамках настоящей оферты не используется. Обращения по вопросам реферальной программы направляются на </w:t>
      </w:r>
      <w:r w:rsidRPr="00FF32C5">
        <w:rPr>
          <w:rFonts w:ascii="Clinica Pro" w:hAnsi="Clinica Pro"/>
        </w:rPr>
        <w:t>e</w:t>
      </w:r>
      <w:r w:rsidRPr="00FF32C5">
        <w:rPr>
          <w:rFonts w:ascii="Clinica Pro" w:hAnsi="Clinica Pro"/>
          <w:lang w:val="ru-RU"/>
        </w:rPr>
        <w:t>-</w:t>
      </w:r>
      <w:r w:rsidRPr="00FF32C5">
        <w:rPr>
          <w:rFonts w:ascii="Clinica Pro" w:hAnsi="Clinica Pro"/>
        </w:rPr>
        <w:t>mail</w:t>
      </w:r>
      <w:r w:rsidRPr="00FF32C5">
        <w:rPr>
          <w:rFonts w:ascii="Clinica Pro" w:hAnsi="Clinica Pro"/>
          <w:lang w:val="ru-RU"/>
        </w:rPr>
        <w:t xml:space="preserve">: </w:t>
      </w:r>
      <w:r w:rsidRPr="00FF32C5">
        <w:rPr>
          <w:rFonts w:ascii="Clinica Pro" w:hAnsi="Clinica Pro"/>
        </w:rPr>
        <w:t>partner</w:t>
      </w:r>
      <w:r w:rsidRPr="00FF32C5">
        <w:rPr>
          <w:rFonts w:ascii="Clinica Pro" w:hAnsi="Clinica Pro"/>
          <w:lang w:val="ru-RU"/>
        </w:rPr>
        <w:t>@</w:t>
      </w:r>
      <w:proofErr w:type="spellStart"/>
      <w:r w:rsidRPr="00FF32C5">
        <w:rPr>
          <w:rFonts w:ascii="Clinica Pro" w:hAnsi="Clinica Pro"/>
        </w:rPr>
        <w:t>glamejewelry</w:t>
      </w:r>
      <w:proofErr w:type="spellEnd"/>
      <w:r w:rsidRPr="00FF32C5">
        <w:rPr>
          <w:rFonts w:ascii="Clinica Pro" w:hAnsi="Clinica Pro"/>
          <w:lang w:val="ru-RU"/>
        </w:rPr>
        <w:t>.</w:t>
      </w:r>
      <w:proofErr w:type="spellStart"/>
      <w:r w:rsidRPr="00FF32C5">
        <w:rPr>
          <w:rFonts w:ascii="Clinica Pro" w:hAnsi="Clinica Pro"/>
        </w:rPr>
        <w:t>ru</w:t>
      </w:r>
      <w:proofErr w:type="spellEnd"/>
      <w:r w:rsidRPr="00FF32C5">
        <w:rPr>
          <w:rFonts w:ascii="Clinica Pro" w:hAnsi="Clinica Pro"/>
          <w:lang w:val="ru-RU"/>
        </w:rPr>
        <w:t>.</w:t>
      </w:r>
    </w:p>
    <w:p w14:paraId="596B2C93" w14:textId="77777777" w:rsidR="008E72C3" w:rsidRPr="00FF32C5" w:rsidRDefault="00000000" w:rsidP="00FF32C5">
      <w:pPr>
        <w:jc w:val="both"/>
        <w:rPr>
          <w:rFonts w:ascii="Clinica Pro" w:hAnsi="Clinica Pro"/>
        </w:rPr>
      </w:pPr>
      <w:r w:rsidRPr="00FF32C5">
        <w:rPr>
          <w:rFonts w:ascii="Clinica Pro" w:hAnsi="Clinica Pro"/>
        </w:rPr>
        <w:t>Редакция оферты от «___» __________ 2026 г.</w:t>
      </w:r>
    </w:p>
    <w:p w14:paraId="7F99E930" w14:textId="77777777" w:rsidR="008E72C3" w:rsidRPr="00FF32C5" w:rsidRDefault="008E72C3" w:rsidP="00FF32C5">
      <w:pPr>
        <w:jc w:val="both"/>
        <w:rPr>
          <w:rFonts w:ascii="Clinica Pro" w:hAnsi="Clinica Pro"/>
        </w:rPr>
      </w:pPr>
    </w:p>
    <w:sectPr w:rsidR="008E72C3" w:rsidRPr="00FF32C5" w:rsidSect="00034616">
      <w:headerReference w:type="default" r:id="rId8"/>
      <w:footerReference w:type="default" r:id="rId9"/>
      <w:pgSz w:w="12240" w:h="15840"/>
      <w:pgMar w:top="1134" w:right="964" w:bottom="1134" w:left="124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4C80433" w14:textId="77777777" w:rsidR="00BF6CE0" w:rsidRDefault="00BF6CE0">
      <w:pPr>
        <w:spacing w:after="0" w:line="240" w:lineRule="auto"/>
      </w:pPr>
      <w:r>
        <w:separator/>
      </w:r>
    </w:p>
  </w:endnote>
  <w:endnote w:type="continuationSeparator" w:id="0">
    <w:p w14:paraId="11855140" w14:textId="77777777" w:rsidR="00BF6CE0" w:rsidRDefault="00BF6C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0000000000000000000"/>
    <w:charset w:val="00"/>
    <w:family w:val="auto"/>
    <w:pitch w:val="variable"/>
    <w:sig w:usb0="00000003" w:usb1="00000000" w:usb2="00000000" w:usb3="00000000" w:csb0="00000001" w:csb1="00000000"/>
  </w:font>
  <w:font w:name="Clinica Pro">
    <w:panose1 w:val="020B0003030200020004"/>
    <w:charset w:val="00"/>
    <w:family w:val="swiss"/>
    <w:notTrueType/>
    <w:pitch w:val="variable"/>
    <w:sig w:usb0="A000022F" w:usb1="0000006A" w:usb2="00000000" w:usb3="00000000" w:csb0="00000097"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D391076" w14:textId="77777777" w:rsidR="008E72C3" w:rsidRDefault="00000000">
    <w:pPr>
      <w:pStyle w:val="a7"/>
      <w:jc w:val="center"/>
    </w:pPr>
    <w:r>
      <w:fldChar w:fldCharType="begin"/>
    </w:r>
    <w:r>
      <w:instrText>PAGE</w:instrText>
    </w:r>
    <w:r>
      <w:fldChar w:fldCharType="separate"/>
    </w:r>
    <w:r w:rsidR="00FF32C5">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407BC6C" w14:textId="77777777" w:rsidR="00BF6CE0" w:rsidRDefault="00BF6CE0">
      <w:pPr>
        <w:spacing w:after="0" w:line="240" w:lineRule="auto"/>
      </w:pPr>
      <w:r>
        <w:separator/>
      </w:r>
    </w:p>
  </w:footnote>
  <w:footnote w:type="continuationSeparator" w:id="0">
    <w:p w14:paraId="711F58A6" w14:textId="77777777" w:rsidR="00BF6CE0" w:rsidRDefault="00BF6C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CFCBDFC" w14:textId="77777777" w:rsidR="008E72C3" w:rsidRDefault="00000000">
    <w:pPr>
      <w:pStyle w:val="a5"/>
      <w:pBdr>
        <w:bottom w:val="single" w:sz="4" w:space="3" w:color="D9D9D9"/>
      </w:pBdr>
    </w:pPr>
    <w:r>
      <w:rPr>
        <w:noProof/>
      </w:rPr>
      <w:drawing>
        <wp:inline distT="0" distB="0" distL="0" distR="0" wp14:anchorId="17C52128" wp14:editId="0095B0CF">
          <wp:extent cx="256032" cy="33567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lame_sign_cropped.png"/>
                  <pic:cNvPicPr/>
                </pic:nvPicPr>
                <pic:blipFill>
                  <a:blip r:embed="rId1"/>
                  <a:stretch>
                    <a:fillRect/>
                  </a:stretch>
                </pic:blipFill>
                <pic:spPr>
                  <a:xfrm>
                    <a:off x="0" y="0"/>
                    <a:ext cx="256032" cy="335676"/>
                  </a:xfrm>
                  <a:prstGeom prst="rect">
                    <a:avLst/>
                  </a:prstGeom>
                </pic:spPr>
              </pic:pic>
            </a:graphicData>
          </a:graphic>
        </wp:inline>
      </w:drawing>
    </w:r>
    <w:r>
      <w:rPr>
        <w:rFonts w:ascii="Arial" w:eastAsia="Arial" w:hAnsi="Arial"/>
        <w:color w:val="505050"/>
        <w:sz w:val="16"/>
      </w:rPr>
      <w:t xml:space="preserve">  GLAME | </w:t>
    </w:r>
    <w:proofErr w:type="spellStart"/>
    <w:r>
      <w:rPr>
        <w:rFonts w:ascii="Arial" w:eastAsia="Arial" w:hAnsi="Arial"/>
        <w:color w:val="505050"/>
        <w:sz w:val="16"/>
      </w:rPr>
      <w:t>Реферальная</w:t>
    </w:r>
    <w:proofErr w:type="spellEnd"/>
    <w:r>
      <w:rPr>
        <w:rFonts w:ascii="Arial" w:eastAsia="Arial" w:hAnsi="Arial"/>
        <w:color w:val="505050"/>
        <w:sz w:val="16"/>
      </w:rPr>
      <w:t xml:space="preserve"> </w:t>
    </w:r>
    <w:proofErr w:type="spellStart"/>
    <w:r>
      <w:rPr>
        <w:rFonts w:ascii="Arial" w:eastAsia="Arial" w:hAnsi="Arial"/>
        <w:color w:val="505050"/>
        <w:sz w:val="16"/>
      </w:rPr>
      <w:t>программа</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164711144">
    <w:abstractNumId w:val="8"/>
  </w:num>
  <w:num w:numId="2" w16cid:durableId="130297245">
    <w:abstractNumId w:val="6"/>
  </w:num>
  <w:num w:numId="3" w16cid:durableId="2011983404">
    <w:abstractNumId w:val="5"/>
  </w:num>
  <w:num w:numId="4" w16cid:durableId="1297372438">
    <w:abstractNumId w:val="4"/>
  </w:num>
  <w:num w:numId="5" w16cid:durableId="310915084">
    <w:abstractNumId w:val="7"/>
  </w:num>
  <w:num w:numId="6" w16cid:durableId="1251506066">
    <w:abstractNumId w:val="3"/>
  </w:num>
  <w:num w:numId="7" w16cid:durableId="349646847">
    <w:abstractNumId w:val="2"/>
  </w:num>
  <w:num w:numId="8" w16cid:durableId="1435704787">
    <w:abstractNumId w:val="1"/>
  </w:num>
  <w:num w:numId="9" w16cid:durableId="120771875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9"/>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4A5697"/>
    <w:rsid w:val="008E72C3"/>
    <w:rsid w:val="00AA1D8D"/>
    <w:rsid w:val="00B47730"/>
    <w:rsid w:val="00BF6CE0"/>
    <w:rsid w:val="00CB0664"/>
    <w:rsid w:val="00FC693F"/>
    <w:rsid w:val="00FF32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0A75CD2"/>
  <w14:defaultImageDpi w14:val="300"/>
  <w15:docId w15:val="{1DFC5043-D3AD-6F48-927B-EEBE3D92C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pPr>
      <w:spacing w:after="100" w:line="259" w:lineRule="auto"/>
    </w:pPr>
    <w:rPr>
      <w:rFonts w:ascii="Times New Roman" w:eastAsia="Times New Roman" w:hAnsi="Times New Roman"/>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15</Pages>
  <Words>5871</Words>
  <Characters>33467</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39260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t87698</cp:lastModifiedBy>
  <cp:revision>2</cp:revision>
  <dcterms:created xsi:type="dcterms:W3CDTF">2026-06-30T09:26:00Z</dcterms:created>
  <dcterms:modified xsi:type="dcterms:W3CDTF">2026-06-30T09:26:00Z</dcterms:modified>
  <cp:category/>
</cp:coreProperties>
</file>